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96682" w14:textId="77777777" w:rsidR="00C40249" w:rsidRPr="00681C72" w:rsidRDefault="00000000">
      <w:pPr>
        <w:pStyle w:val="Tytu"/>
        <w:spacing w:after="60" w:line="259" w:lineRule="auto"/>
        <w:jc w:val="center"/>
        <w:rPr>
          <w:lang w:val="pl-PL"/>
        </w:rPr>
      </w:pPr>
      <w:r w:rsidRPr="00681C72">
        <w:rPr>
          <w:lang w:val="pl-PL"/>
        </w:rPr>
        <w:t>REGULAMIN</w:t>
      </w:r>
      <w:r w:rsidRPr="00681C72">
        <w:rPr>
          <w:lang w:val="pl-PL"/>
        </w:rPr>
        <w:br/>
        <w:t>RAJDU GWIAŹDZISTEGO WOLIN 2026</w:t>
      </w:r>
    </w:p>
    <w:p w14:paraId="761E5E7E" w14:textId="073186E2" w:rsidR="00C40249" w:rsidRPr="00681C72" w:rsidRDefault="00681C72">
      <w:pPr>
        <w:spacing w:after="40" w:line="259" w:lineRule="auto"/>
        <w:jc w:val="center"/>
        <w:rPr>
          <w:lang w:val="pl-PL"/>
        </w:rPr>
      </w:pPr>
      <w:r w:rsidRPr="00681C72">
        <w:rPr>
          <w:b/>
          <w:lang w:val="pl-PL"/>
        </w:rPr>
        <w:t xml:space="preserve">3 </w:t>
      </w:r>
      <w:r>
        <w:rPr>
          <w:b/>
          <w:lang w:val="pl-PL"/>
        </w:rPr>
        <w:t xml:space="preserve">października </w:t>
      </w:r>
      <w:r w:rsidR="00000000" w:rsidRPr="00681C72">
        <w:rPr>
          <w:b/>
          <w:lang w:val="pl-PL"/>
        </w:rPr>
        <w:t>2026 r.</w:t>
      </w:r>
    </w:p>
    <w:p w14:paraId="061BFCBE" w14:textId="77777777" w:rsidR="00C40249" w:rsidRPr="00681C72" w:rsidRDefault="00000000">
      <w:pPr>
        <w:spacing w:line="259" w:lineRule="auto"/>
        <w:jc w:val="center"/>
        <w:rPr>
          <w:lang w:val="pl-PL"/>
        </w:rPr>
      </w:pPr>
      <w:r w:rsidRPr="00681C72">
        <w:rPr>
          <w:lang w:val="pl-PL"/>
        </w:rPr>
        <w:t>dalej zwanego „Rajdem” lub „Imprezą”</w:t>
      </w:r>
    </w:p>
    <w:p w14:paraId="7ABBA6F6" w14:textId="77777777" w:rsidR="00C40249" w:rsidRPr="00681C72" w:rsidRDefault="00000000">
      <w:pPr>
        <w:pStyle w:val="Nagwek1"/>
        <w:spacing w:before="140" w:after="80" w:line="259" w:lineRule="auto"/>
        <w:rPr>
          <w:lang w:val="pl-PL"/>
        </w:rPr>
      </w:pPr>
      <w:r w:rsidRPr="00681C72">
        <w:rPr>
          <w:lang w:val="pl-PL"/>
        </w:rPr>
        <w:t>§ 1. Charakter i cel Rajdu</w:t>
      </w:r>
    </w:p>
    <w:p w14:paraId="0C013670" w14:textId="77777777" w:rsidR="00C40249" w:rsidRPr="00681C72" w:rsidRDefault="00000000">
      <w:pPr>
        <w:spacing w:after="40" w:line="259" w:lineRule="auto"/>
        <w:ind w:left="397" w:hanging="397"/>
        <w:rPr>
          <w:lang w:val="pl-PL"/>
        </w:rPr>
      </w:pPr>
      <w:r w:rsidRPr="00681C72">
        <w:rPr>
          <w:lang w:val="pl-PL"/>
        </w:rPr>
        <w:t>1. Rajd Gwiaździsty Wolin 2026 jest wydarzeniem rowerowym o charakterze rekreacyjnym i turystycznym, którego uczestnicy wyruszają z różnych miejscowości i tras, zmierzając do wspólnego miejsca zakończenia Rajdu w Wolinie.</w:t>
      </w:r>
    </w:p>
    <w:p w14:paraId="25921EF6" w14:textId="77777777" w:rsidR="00C40249" w:rsidRPr="00681C72" w:rsidRDefault="00000000">
      <w:pPr>
        <w:spacing w:after="40" w:line="259" w:lineRule="auto"/>
        <w:ind w:left="397" w:hanging="397"/>
        <w:rPr>
          <w:lang w:val="pl-PL"/>
        </w:rPr>
      </w:pPr>
      <w:r w:rsidRPr="00681C72">
        <w:rPr>
          <w:lang w:val="pl-PL"/>
        </w:rPr>
        <w:t>2. Celem Rajdu jest: a) popularyzacja turystyki rowerowej i aktywnego trybu życia; b) promocja roweru jako ekologicznego i zrównoważonego środka transportu; c) promocja Pomorza Zachodniego oraz jego walorów turystycznych i przyrodniczych; d) integracja środowiska rowerowego oraz mieszkańców województwa zachodniopomorskiego; e) zachęcanie do aktywnego spędzania czasu oraz poznawania regionu z perspektywy roweru.</w:t>
      </w:r>
    </w:p>
    <w:p w14:paraId="71BA86A6" w14:textId="77777777" w:rsidR="00C40249" w:rsidRPr="00681C72" w:rsidRDefault="00000000">
      <w:pPr>
        <w:spacing w:after="40" w:line="259" w:lineRule="auto"/>
        <w:ind w:left="397" w:hanging="397"/>
        <w:rPr>
          <w:lang w:val="pl-PL"/>
        </w:rPr>
      </w:pPr>
      <w:r w:rsidRPr="00681C72">
        <w:rPr>
          <w:lang w:val="pl-PL"/>
        </w:rPr>
        <w:t>3. Rajd nie jest wyścigiem ani zawodami sportowymi. Nie jest prowadzona klasyfikacja uczestników ze względu na czas przejazdu lub zajęte miejsce.</w:t>
      </w:r>
    </w:p>
    <w:p w14:paraId="1BCC92DB" w14:textId="77777777" w:rsidR="00C40249" w:rsidRPr="00681C72" w:rsidRDefault="00000000">
      <w:pPr>
        <w:spacing w:after="40" w:line="259" w:lineRule="auto"/>
        <w:ind w:left="397" w:hanging="397"/>
        <w:rPr>
          <w:lang w:val="pl-PL"/>
        </w:rPr>
      </w:pPr>
      <w:r w:rsidRPr="00681C72">
        <w:rPr>
          <w:lang w:val="pl-PL"/>
        </w:rPr>
        <w:t>4. Podstawowym celem uczestnika jest bezpieczne pokonanie wybranej trasy i dotarcie do Wolina w orientacyjnych godzinach wskazanych przez Organizatora.</w:t>
      </w:r>
    </w:p>
    <w:p w14:paraId="122A9B7A" w14:textId="77777777" w:rsidR="00C40249" w:rsidRPr="00681C72" w:rsidRDefault="00000000">
      <w:pPr>
        <w:spacing w:after="40" w:line="259" w:lineRule="auto"/>
        <w:ind w:left="397" w:hanging="397"/>
        <w:rPr>
          <w:lang w:val="pl-PL"/>
        </w:rPr>
      </w:pPr>
      <w:r w:rsidRPr="00681C72">
        <w:rPr>
          <w:lang w:val="pl-PL"/>
        </w:rPr>
        <w:t>5. Rajd odbywa się w otwartym ruchu drogowym. Uczestnicy zobowiązani są przestrzegać przepisów ruchu drogowego, poleceń Policji, innych uprawnionych służb, załogi jednostki pływającej oraz osób wyznaczonych przez Organizatora.</w:t>
      </w:r>
    </w:p>
    <w:p w14:paraId="079B487A" w14:textId="77777777" w:rsidR="00C40249" w:rsidRPr="00681C72" w:rsidRDefault="00000000">
      <w:pPr>
        <w:pStyle w:val="Nagwek1"/>
        <w:spacing w:before="140" w:after="80" w:line="259" w:lineRule="auto"/>
        <w:rPr>
          <w:lang w:val="pl-PL"/>
        </w:rPr>
      </w:pPr>
      <w:r w:rsidRPr="00681C72">
        <w:rPr>
          <w:lang w:val="pl-PL"/>
        </w:rPr>
        <w:t>§ 2. Organizator i Realizator</w:t>
      </w:r>
    </w:p>
    <w:p w14:paraId="6B3829CA" w14:textId="77777777" w:rsidR="00C40249" w:rsidRPr="00681C72" w:rsidRDefault="00000000">
      <w:pPr>
        <w:spacing w:after="40" w:line="259" w:lineRule="auto"/>
        <w:ind w:left="397" w:hanging="397"/>
        <w:rPr>
          <w:lang w:val="pl-PL"/>
        </w:rPr>
      </w:pPr>
      <w:r w:rsidRPr="00681C72">
        <w:rPr>
          <w:lang w:val="pl-PL"/>
        </w:rPr>
        <w:t>1. Rajd Gwiaździsty Wolin 2026 realizowany jest na zlecenie Województwa Zachodniopomorskiego.</w:t>
      </w:r>
    </w:p>
    <w:p w14:paraId="64A8106F" w14:textId="77777777" w:rsidR="00C40249" w:rsidRPr="00681C72" w:rsidRDefault="00000000">
      <w:pPr>
        <w:spacing w:after="40" w:line="259" w:lineRule="auto"/>
        <w:ind w:left="397" w:hanging="397"/>
        <w:rPr>
          <w:lang w:val="pl-PL"/>
        </w:rPr>
      </w:pPr>
      <w:r w:rsidRPr="00681C72">
        <w:rPr>
          <w:lang w:val="pl-PL"/>
        </w:rPr>
        <w:t xml:space="preserve">2. Realizatorem i podmiotem odpowiedzialnym za obsługę organizacyjną wydarzenia jest 2Event Sp. z o.o. – Agencja </w:t>
      </w:r>
      <w:proofErr w:type="spellStart"/>
      <w:r w:rsidRPr="00681C72">
        <w:rPr>
          <w:lang w:val="pl-PL"/>
        </w:rPr>
        <w:t>Eventowa</w:t>
      </w:r>
      <w:proofErr w:type="spellEnd"/>
      <w:r w:rsidRPr="00681C72">
        <w:rPr>
          <w:lang w:val="pl-PL"/>
        </w:rPr>
        <w:t>, dalej zwana „Realizatorem”.</w:t>
      </w:r>
    </w:p>
    <w:p w14:paraId="1E8B5B73" w14:textId="77777777" w:rsidR="00C40249" w:rsidRPr="00681C72" w:rsidRDefault="00000000">
      <w:pPr>
        <w:spacing w:after="40" w:line="259" w:lineRule="auto"/>
        <w:ind w:left="397" w:hanging="397"/>
        <w:rPr>
          <w:lang w:val="pl-PL"/>
        </w:rPr>
      </w:pPr>
      <w:r w:rsidRPr="00681C72">
        <w:rPr>
          <w:lang w:val="pl-PL"/>
        </w:rPr>
        <w:t>3. Na potrzeby niniejszego regulaminu określenie „Organizator” oznacza Realizatora w zakresie bieżącej organizacji, obsługi i koordynacji Rajdu, o ile z treści regulaminu nie wynika inaczej.</w:t>
      </w:r>
    </w:p>
    <w:p w14:paraId="63401E8C" w14:textId="77777777" w:rsidR="00C40249" w:rsidRPr="00681C72" w:rsidRDefault="00000000">
      <w:pPr>
        <w:spacing w:after="40" w:line="259" w:lineRule="auto"/>
        <w:ind w:left="397" w:hanging="397"/>
        <w:rPr>
          <w:lang w:val="pl-PL"/>
        </w:rPr>
      </w:pPr>
      <w:r w:rsidRPr="00681C72">
        <w:rPr>
          <w:lang w:val="pl-PL"/>
        </w:rPr>
        <w:t>4. Województwo Zachodniopomorskie i Realizator mogą współpracować przy organizacji Rajdu z jednostkami samorządu terytorialnego, organizacjami, podmiotami gospodarczymi, służbami oraz partnerami wydarzenia.</w:t>
      </w:r>
    </w:p>
    <w:p w14:paraId="2DE0BD8C" w14:textId="77777777" w:rsidR="00C40249" w:rsidRPr="00681C72" w:rsidRDefault="00000000">
      <w:pPr>
        <w:spacing w:after="40" w:line="259" w:lineRule="auto"/>
        <w:ind w:left="397" w:hanging="397"/>
        <w:rPr>
          <w:lang w:val="pl-PL"/>
        </w:rPr>
      </w:pPr>
      <w:r w:rsidRPr="00681C72">
        <w:rPr>
          <w:lang w:val="pl-PL"/>
        </w:rPr>
        <w:t>5. Informacje organizacyjne, komunikaty oraz ewentualne zmiany dotyczące Rajdu będą przekazywane uczestnikom za pomocą kanałów komunikacji wskazanych przez Organizatora lub Realizatora.</w:t>
      </w:r>
    </w:p>
    <w:p w14:paraId="21D471C9" w14:textId="77777777" w:rsidR="00C40249" w:rsidRPr="00681C72" w:rsidRDefault="00000000">
      <w:pPr>
        <w:pStyle w:val="Nagwek1"/>
        <w:spacing w:before="140" w:after="80" w:line="259" w:lineRule="auto"/>
        <w:rPr>
          <w:lang w:val="pl-PL"/>
        </w:rPr>
      </w:pPr>
      <w:r w:rsidRPr="00681C72">
        <w:rPr>
          <w:lang w:val="pl-PL"/>
        </w:rPr>
        <w:t>§ 3. Termin i miejsce Rajdu</w:t>
      </w:r>
    </w:p>
    <w:p w14:paraId="6E1E0242" w14:textId="10B9F797" w:rsidR="00C40249" w:rsidRPr="00681C72" w:rsidRDefault="00000000">
      <w:pPr>
        <w:spacing w:after="40" w:line="259" w:lineRule="auto"/>
        <w:ind w:left="397" w:hanging="397"/>
        <w:rPr>
          <w:lang w:val="pl-PL"/>
        </w:rPr>
      </w:pPr>
      <w:r w:rsidRPr="00681C72">
        <w:rPr>
          <w:lang w:val="pl-PL"/>
        </w:rPr>
        <w:t xml:space="preserve">1. Rajd odbędzie się </w:t>
      </w:r>
      <w:r w:rsidR="00681C72">
        <w:rPr>
          <w:lang w:val="pl-PL"/>
        </w:rPr>
        <w:t xml:space="preserve">3 października </w:t>
      </w:r>
      <w:r w:rsidRPr="00681C72">
        <w:rPr>
          <w:lang w:val="pl-PL"/>
        </w:rPr>
        <w:t>2026 r.</w:t>
      </w:r>
    </w:p>
    <w:p w14:paraId="1049A0CE" w14:textId="77777777" w:rsidR="00C40249" w:rsidRPr="00681C72" w:rsidRDefault="00000000">
      <w:pPr>
        <w:spacing w:after="40" w:line="259" w:lineRule="auto"/>
        <w:ind w:left="397" w:hanging="397"/>
        <w:rPr>
          <w:lang w:val="pl-PL"/>
        </w:rPr>
      </w:pPr>
      <w:r w:rsidRPr="00681C72">
        <w:rPr>
          <w:lang w:val="pl-PL"/>
        </w:rPr>
        <w:t>2. Rajd ma charakter gwiaździsty. Uczestnicy mogą wybrać jedną z trzech tras prowadzących do Wolina: a) Szczecin – Wolin; b) Szczecin – Stepnica – Wolin, z wykorzystaniem transportu wodnego na odcinku Szczecin–Stepnica; c) Goleniów – Wolin.</w:t>
      </w:r>
    </w:p>
    <w:p w14:paraId="73AAB801" w14:textId="77777777" w:rsidR="00C40249" w:rsidRPr="00681C72" w:rsidRDefault="00000000">
      <w:pPr>
        <w:spacing w:after="40" w:line="259" w:lineRule="auto"/>
        <w:ind w:left="397" w:hanging="397"/>
        <w:rPr>
          <w:lang w:val="pl-PL"/>
        </w:rPr>
      </w:pPr>
      <w:r w:rsidRPr="00681C72">
        <w:rPr>
          <w:lang w:val="pl-PL"/>
        </w:rPr>
        <w:t>3. Wspólnym miejscem zakończenia tras jest Wolin.</w:t>
      </w:r>
    </w:p>
    <w:p w14:paraId="7761EEE7" w14:textId="77777777" w:rsidR="00C40249" w:rsidRPr="00681C72" w:rsidRDefault="00000000">
      <w:pPr>
        <w:spacing w:after="40" w:line="259" w:lineRule="auto"/>
        <w:ind w:left="397" w:hanging="397"/>
        <w:rPr>
          <w:lang w:val="pl-PL"/>
        </w:rPr>
      </w:pPr>
      <w:r w:rsidRPr="00681C72">
        <w:rPr>
          <w:lang w:val="pl-PL"/>
        </w:rPr>
        <w:t>4. Planowanym miejscem zakończenia Rajdu jest teren Wioski Słowian i Wikingów, ul. Recław 37, 72-510 Wolin.</w:t>
      </w:r>
    </w:p>
    <w:p w14:paraId="03170D88" w14:textId="77777777" w:rsidR="00C40249" w:rsidRPr="00681C72" w:rsidRDefault="00000000">
      <w:pPr>
        <w:spacing w:after="40" w:line="259" w:lineRule="auto"/>
        <w:ind w:left="397" w:hanging="397"/>
        <w:rPr>
          <w:lang w:val="pl-PL"/>
        </w:rPr>
      </w:pPr>
      <w:r w:rsidRPr="00681C72">
        <w:rPr>
          <w:lang w:val="pl-PL"/>
        </w:rPr>
        <w:t>5. Organizator zastrzega sobie możliwość zmiany miejsca rozpoczęcia lub zakończenia poszczególnych tras z przyczyn organizacyjnych, pogodowych lub związanych z bezpieczeństwem uczestników.</w:t>
      </w:r>
    </w:p>
    <w:p w14:paraId="266EC664" w14:textId="77777777" w:rsidR="00C40249" w:rsidRPr="00681C72" w:rsidRDefault="00000000">
      <w:pPr>
        <w:pStyle w:val="Nagwek1"/>
        <w:spacing w:before="140" w:after="80" w:line="259" w:lineRule="auto"/>
        <w:rPr>
          <w:lang w:val="pl-PL"/>
        </w:rPr>
      </w:pPr>
      <w:r w:rsidRPr="00681C72">
        <w:rPr>
          <w:lang w:val="pl-PL"/>
        </w:rPr>
        <w:t>§ 4. Trasa nr 1 – Szczecin – Wolin</w:t>
      </w:r>
    </w:p>
    <w:p w14:paraId="02BDB5B6" w14:textId="77777777" w:rsidR="00C40249" w:rsidRPr="00681C72" w:rsidRDefault="00000000">
      <w:pPr>
        <w:spacing w:after="40" w:line="259" w:lineRule="auto"/>
        <w:ind w:left="397" w:hanging="397"/>
        <w:rPr>
          <w:lang w:val="pl-PL"/>
        </w:rPr>
      </w:pPr>
      <w:r w:rsidRPr="00681C72">
        <w:rPr>
          <w:lang w:val="pl-PL"/>
        </w:rPr>
        <w:t>1. Miejsce zbiórki i startu: parking przy kąpielisku Dąbie, ul. Żaglowa 1 w Szczecinie.</w:t>
      </w:r>
    </w:p>
    <w:p w14:paraId="42F0C742" w14:textId="77777777" w:rsidR="00C40249" w:rsidRPr="00681C72" w:rsidRDefault="00000000">
      <w:pPr>
        <w:spacing w:after="40" w:line="259" w:lineRule="auto"/>
        <w:ind w:left="397" w:hanging="397"/>
        <w:rPr>
          <w:lang w:val="pl-PL"/>
        </w:rPr>
      </w:pPr>
      <w:r w:rsidRPr="00681C72">
        <w:rPr>
          <w:lang w:val="pl-PL"/>
        </w:rPr>
        <w:lastRenderedPageBreak/>
        <w:t>2. Harmonogram: zbiórka uczestników – godz. 7:30; start Rajdu – godz. 8:00.</w:t>
      </w:r>
    </w:p>
    <w:p w14:paraId="2A18F50A" w14:textId="38A09A1C" w:rsidR="00C40249" w:rsidRPr="00681C72" w:rsidRDefault="00000000">
      <w:pPr>
        <w:spacing w:after="40" w:line="259" w:lineRule="auto"/>
        <w:ind w:left="397" w:hanging="397"/>
        <w:rPr>
          <w:lang w:val="pl-PL"/>
        </w:rPr>
      </w:pPr>
      <w:r w:rsidRPr="00681C72">
        <w:rPr>
          <w:lang w:val="pl-PL"/>
        </w:rPr>
        <w:t xml:space="preserve">3. Trasa prowadzona będzie zgodnie ze śladem opublikowanym przez Organizatora w serwisie </w:t>
      </w:r>
      <w:proofErr w:type="spellStart"/>
      <w:r w:rsidRPr="00681C72">
        <w:rPr>
          <w:lang w:val="pl-PL"/>
        </w:rPr>
        <w:t>Komoot</w:t>
      </w:r>
      <w:proofErr w:type="spellEnd"/>
      <w:r w:rsidRPr="00681C72">
        <w:rPr>
          <w:lang w:val="pl-PL"/>
        </w:rPr>
        <w:t xml:space="preserve">: </w:t>
      </w:r>
    </w:p>
    <w:p w14:paraId="1A7D44BF" w14:textId="77777777" w:rsidR="00C40249" w:rsidRPr="00681C72" w:rsidRDefault="00000000">
      <w:pPr>
        <w:spacing w:after="40" w:line="259" w:lineRule="auto"/>
        <w:ind w:left="397" w:hanging="397"/>
        <w:rPr>
          <w:lang w:val="pl-PL"/>
        </w:rPr>
      </w:pPr>
      <w:r w:rsidRPr="00681C72">
        <w:rPr>
          <w:lang w:val="pl-PL"/>
        </w:rPr>
        <w:t>4. Zakładane średnie tempo przejazdu wynosi około 16 km/h.</w:t>
      </w:r>
    </w:p>
    <w:p w14:paraId="52C30B22" w14:textId="77777777" w:rsidR="00C40249" w:rsidRPr="00681C72" w:rsidRDefault="00000000">
      <w:pPr>
        <w:spacing w:after="40" w:line="259" w:lineRule="auto"/>
        <w:ind w:left="397" w:hanging="397"/>
        <w:rPr>
          <w:lang w:val="pl-PL"/>
        </w:rPr>
      </w:pPr>
      <w:r w:rsidRPr="00681C72">
        <w:rPr>
          <w:lang w:val="pl-PL"/>
        </w:rPr>
        <w:t>5. Na trasie przewidziana jest przerwa regeneracyjna w Stepnicy.</w:t>
      </w:r>
    </w:p>
    <w:p w14:paraId="1F8EF696" w14:textId="77777777" w:rsidR="00C40249" w:rsidRPr="00681C72" w:rsidRDefault="00000000">
      <w:pPr>
        <w:spacing w:after="40" w:line="259" w:lineRule="auto"/>
        <w:ind w:left="397" w:hanging="397"/>
        <w:rPr>
          <w:lang w:val="pl-PL"/>
        </w:rPr>
      </w:pPr>
      <w:r w:rsidRPr="00681C72">
        <w:rPr>
          <w:lang w:val="pl-PL"/>
        </w:rPr>
        <w:t>6. Orientacyjny czas przejazdu wraz z przerwą wynosi około 4,5–5 godzin.</w:t>
      </w:r>
    </w:p>
    <w:p w14:paraId="4A96AD29" w14:textId="77777777" w:rsidR="00C40249" w:rsidRPr="00681C72" w:rsidRDefault="00000000">
      <w:pPr>
        <w:spacing w:after="40" w:line="259" w:lineRule="auto"/>
        <w:ind w:left="397" w:hanging="397"/>
        <w:rPr>
          <w:lang w:val="pl-PL"/>
        </w:rPr>
      </w:pPr>
      <w:r w:rsidRPr="00681C72">
        <w:rPr>
          <w:lang w:val="pl-PL"/>
        </w:rPr>
        <w:t>7. Przewidywany przyjazd pierwszych uczestników do Wolina nastąpi około godz. 13:30–14:00.</w:t>
      </w:r>
    </w:p>
    <w:p w14:paraId="117DE17A" w14:textId="77777777" w:rsidR="00C40249" w:rsidRPr="00681C72" w:rsidRDefault="00000000">
      <w:pPr>
        <w:spacing w:after="40" w:line="259" w:lineRule="auto"/>
        <w:ind w:left="397" w:hanging="397"/>
        <w:rPr>
          <w:lang w:val="pl-PL"/>
        </w:rPr>
      </w:pPr>
      <w:r w:rsidRPr="00681C72">
        <w:rPr>
          <w:lang w:val="pl-PL"/>
        </w:rPr>
        <w:t>8. Organizator przewiduje możliwość wolniejszego przejazdu części uczestników. Osoby poruszające się wolniejszym tempem mogą potrzebować na pokonanie trasy około 5–5,5 godziny.</w:t>
      </w:r>
    </w:p>
    <w:p w14:paraId="253FC829" w14:textId="77777777" w:rsidR="00C40249" w:rsidRPr="00681C72" w:rsidRDefault="00000000">
      <w:pPr>
        <w:spacing w:after="40" w:line="259" w:lineRule="auto"/>
        <w:ind w:left="397" w:hanging="397"/>
        <w:rPr>
          <w:lang w:val="pl-PL"/>
        </w:rPr>
      </w:pPr>
      <w:r w:rsidRPr="00681C72">
        <w:rPr>
          <w:lang w:val="pl-PL"/>
        </w:rPr>
        <w:t>9. Przewidywana godzina przyjazdu ostatnich uczestników do Wolina to około 14:30.</w:t>
      </w:r>
    </w:p>
    <w:p w14:paraId="1AEE8146" w14:textId="77777777" w:rsidR="00C40249" w:rsidRPr="00681C72" w:rsidRDefault="00000000">
      <w:pPr>
        <w:spacing w:after="40" w:line="259" w:lineRule="auto"/>
        <w:ind w:left="397" w:hanging="397"/>
        <w:rPr>
          <w:lang w:val="pl-PL"/>
        </w:rPr>
      </w:pPr>
      <w:r w:rsidRPr="00681C72">
        <w:rPr>
          <w:lang w:val="pl-PL"/>
        </w:rPr>
        <w:t>10. Podane tempo i godziny przyjazdu mają charakter orientacyjny i mogą ulec zmianie w zależności od warunków atmosferycznych, drogowych, kondycji uczestników i innych okoliczności występujących na trasie.</w:t>
      </w:r>
    </w:p>
    <w:p w14:paraId="4AE20CA2" w14:textId="77777777" w:rsidR="00C40249" w:rsidRPr="00681C72" w:rsidRDefault="00000000">
      <w:pPr>
        <w:pStyle w:val="Nagwek1"/>
        <w:spacing w:before="140" w:after="80" w:line="259" w:lineRule="auto"/>
        <w:rPr>
          <w:lang w:val="pl-PL"/>
        </w:rPr>
      </w:pPr>
      <w:r w:rsidRPr="00681C72">
        <w:rPr>
          <w:lang w:val="pl-PL"/>
        </w:rPr>
        <w:t>§ 5. Trasa nr 2 – Szczecin – Stepnica – Wolin</w:t>
      </w:r>
    </w:p>
    <w:p w14:paraId="5D0B7126" w14:textId="77777777" w:rsidR="00C40249" w:rsidRPr="00681C72" w:rsidRDefault="00000000">
      <w:pPr>
        <w:spacing w:after="40" w:line="259" w:lineRule="auto"/>
        <w:ind w:left="397" w:hanging="397"/>
        <w:rPr>
          <w:lang w:val="pl-PL"/>
        </w:rPr>
      </w:pPr>
      <w:r w:rsidRPr="00681C72">
        <w:rPr>
          <w:lang w:val="pl-PL"/>
        </w:rPr>
        <w:t>1. Miejscem rozpoczęcia trasy jest Bulwar Chrobrego w Szczecinie, ul. Jana z Kolna 7, naprzeciwko Teatru Polskiego.</w:t>
      </w:r>
    </w:p>
    <w:p w14:paraId="1B00B7E4" w14:textId="77777777" w:rsidR="00C40249" w:rsidRPr="00681C72" w:rsidRDefault="00000000">
      <w:pPr>
        <w:spacing w:after="40" w:line="259" w:lineRule="auto"/>
        <w:ind w:left="397" w:hanging="397"/>
        <w:rPr>
          <w:lang w:val="pl-PL"/>
        </w:rPr>
      </w:pPr>
      <w:r w:rsidRPr="00681C72">
        <w:rPr>
          <w:lang w:val="pl-PL"/>
        </w:rPr>
        <w:t>2. Pierwsza część trasy realizowana będzie drogą wodną na odcinku Szczecin – Stepnica.</w:t>
      </w:r>
    </w:p>
    <w:p w14:paraId="059B6DB0" w14:textId="77777777" w:rsidR="00C40249" w:rsidRPr="00681C72" w:rsidRDefault="00000000">
      <w:pPr>
        <w:spacing w:after="40" w:line="259" w:lineRule="auto"/>
        <w:ind w:left="397" w:hanging="397"/>
        <w:rPr>
          <w:lang w:val="pl-PL"/>
        </w:rPr>
      </w:pPr>
      <w:r w:rsidRPr="00681C72">
        <w:rPr>
          <w:lang w:val="pl-PL"/>
        </w:rPr>
        <w:t>3. Po dotarciu do Stepnicy uczestnicy rozpoczną rowerową część Rajdu prowadzącą do Wolina.</w:t>
      </w:r>
    </w:p>
    <w:p w14:paraId="36CBB3D5" w14:textId="77777777" w:rsidR="00C40249" w:rsidRPr="00681C72" w:rsidRDefault="00000000">
      <w:pPr>
        <w:spacing w:after="40" w:line="259" w:lineRule="auto"/>
        <w:ind w:left="397" w:hanging="397"/>
        <w:rPr>
          <w:lang w:val="pl-PL"/>
        </w:rPr>
      </w:pPr>
      <w:r w:rsidRPr="00681C72">
        <w:rPr>
          <w:lang w:val="pl-PL"/>
        </w:rPr>
        <w:t xml:space="preserve">4. Rowerowy odcinek Stepnica – Wolin realizowany będzie według trasy opublikowanej przez Organizatora w serwisie </w:t>
      </w:r>
      <w:proofErr w:type="spellStart"/>
      <w:r w:rsidRPr="00681C72">
        <w:rPr>
          <w:lang w:val="pl-PL"/>
        </w:rPr>
        <w:t>Komoot</w:t>
      </w:r>
      <w:proofErr w:type="spellEnd"/>
      <w:r w:rsidRPr="00681C72">
        <w:rPr>
          <w:lang w:val="pl-PL"/>
        </w:rPr>
        <w:t xml:space="preserve">: </w:t>
      </w:r>
      <w:hyperlink r:id="rId8">
        <w:r w:rsidRPr="00681C72">
          <w:rPr>
            <w:color w:val="0563C1"/>
            <w:u w:val="single"/>
            <w:lang w:val="pl-PL"/>
          </w:rPr>
          <w:t>trasa Szczecin – Stepnica – Wolin</w:t>
        </w:r>
      </w:hyperlink>
    </w:p>
    <w:p w14:paraId="3FBEC360" w14:textId="77777777" w:rsidR="00C40249" w:rsidRPr="00681C72" w:rsidRDefault="00000000">
      <w:pPr>
        <w:spacing w:after="40" w:line="259" w:lineRule="auto"/>
        <w:ind w:left="397" w:hanging="397"/>
        <w:rPr>
          <w:lang w:val="pl-PL"/>
        </w:rPr>
      </w:pPr>
      <w:r w:rsidRPr="00681C72">
        <w:rPr>
          <w:lang w:val="pl-PL"/>
        </w:rPr>
        <w:t>5. Planowany harmonogram: podstawienie jednostki pływającej w Szczecinie – godz. 8:30; wypłynięcie ze Szczecina – godz. 9:30; planowane przypłynięcie do Stepnicy – godz. 11:20; start rowerzystów ze Stepnicy – godz. 11:40; planowany przyjazd uczestników do Wolina – około godz. 14:00.</w:t>
      </w:r>
    </w:p>
    <w:p w14:paraId="145A2147" w14:textId="77777777" w:rsidR="00C40249" w:rsidRPr="00681C72" w:rsidRDefault="00000000">
      <w:pPr>
        <w:spacing w:after="40" w:line="259" w:lineRule="auto"/>
        <w:ind w:left="397" w:hanging="397"/>
        <w:rPr>
          <w:lang w:val="pl-PL"/>
        </w:rPr>
      </w:pPr>
      <w:r w:rsidRPr="00681C72">
        <w:rPr>
          <w:lang w:val="pl-PL"/>
        </w:rPr>
        <w:t>6. Zakładane średnie tempo na odcinku rowerowym wynosi około 17 km/h.</w:t>
      </w:r>
    </w:p>
    <w:p w14:paraId="60BB6DBE" w14:textId="77777777" w:rsidR="00C40249" w:rsidRPr="00681C72" w:rsidRDefault="00000000">
      <w:pPr>
        <w:spacing w:after="40" w:line="259" w:lineRule="auto"/>
        <w:ind w:left="397" w:hanging="397"/>
        <w:rPr>
          <w:lang w:val="pl-PL"/>
        </w:rPr>
      </w:pPr>
      <w:r w:rsidRPr="00681C72">
        <w:rPr>
          <w:lang w:val="pl-PL"/>
        </w:rPr>
        <w:t>7. Po wysadzeniu uczestników planowane jest odpłynięcie jednostki ze Stepnicy do Szczecina o godz. 16:00. Orientacyjny czas powrotu do Szczecina wynosi około 3 godzin.</w:t>
      </w:r>
    </w:p>
    <w:p w14:paraId="116E00C5" w14:textId="77777777" w:rsidR="00C40249" w:rsidRPr="00681C72" w:rsidRDefault="00000000">
      <w:pPr>
        <w:spacing w:after="40" w:line="259" w:lineRule="auto"/>
        <w:ind w:left="397" w:hanging="397"/>
        <w:rPr>
          <w:lang w:val="pl-PL"/>
        </w:rPr>
      </w:pPr>
      <w:r w:rsidRPr="00681C72">
        <w:rPr>
          <w:lang w:val="pl-PL"/>
        </w:rPr>
        <w:t>8. Uczestnicy zobowiązani są podczas wejścia na pokład, transportu rowerów, rejsu oraz opuszczania jednostki bezwzględnie stosować się do poleceń kapitana, załogi oraz obsługi Organizatora.</w:t>
      </w:r>
    </w:p>
    <w:p w14:paraId="44204AE0" w14:textId="77777777" w:rsidR="00C40249" w:rsidRPr="00681C72" w:rsidRDefault="00000000">
      <w:pPr>
        <w:spacing w:after="40" w:line="259" w:lineRule="auto"/>
        <w:ind w:left="397" w:hanging="397"/>
        <w:rPr>
          <w:lang w:val="pl-PL"/>
        </w:rPr>
      </w:pPr>
      <w:r w:rsidRPr="00681C72">
        <w:rPr>
          <w:lang w:val="pl-PL"/>
        </w:rPr>
        <w:t>9. Rowery należy ustawiać i zabezpieczać w miejscach oraz w sposób wskazany przez obsługę jednostki.</w:t>
      </w:r>
    </w:p>
    <w:p w14:paraId="25E54DE4" w14:textId="77777777" w:rsidR="00C40249" w:rsidRPr="00681C72" w:rsidRDefault="00000000">
      <w:pPr>
        <w:spacing w:after="40" w:line="259" w:lineRule="auto"/>
        <w:ind w:left="397" w:hanging="397"/>
        <w:rPr>
          <w:lang w:val="pl-PL"/>
        </w:rPr>
      </w:pPr>
      <w:r w:rsidRPr="00681C72">
        <w:rPr>
          <w:lang w:val="pl-PL"/>
        </w:rPr>
        <w:t>10. Harmonogram rejsu może ulec zmianie w szczególności ze względu na warunki atmosferyczne, warunki na torze wodnym, decyzję kapitana jednostki, właściwych służb lub inne okoliczności mające wpływ na bezpieczeństwo żeglugi.</w:t>
      </w:r>
    </w:p>
    <w:p w14:paraId="68E9E77C" w14:textId="77777777" w:rsidR="00C40249" w:rsidRPr="00681C72" w:rsidRDefault="00000000">
      <w:pPr>
        <w:pStyle w:val="Nagwek1"/>
        <w:spacing w:before="140" w:after="80" w:line="259" w:lineRule="auto"/>
        <w:rPr>
          <w:lang w:val="pl-PL"/>
        </w:rPr>
      </w:pPr>
      <w:r w:rsidRPr="00681C72">
        <w:rPr>
          <w:lang w:val="pl-PL"/>
        </w:rPr>
        <w:t>§ 6. Trasa nr 3 – Goleniów – Wolin</w:t>
      </w:r>
    </w:p>
    <w:p w14:paraId="70628112" w14:textId="77777777" w:rsidR="00C40249" w:rsidRPr="00681C72" w:rsidRDefault="00000000">
      <w:pPr>
        <w:spacing w:after="40" w:line="259" w:lineRule="auto"/>
        <w:ind w:left="397" w:hanging="397"/>
        <w:rPr>
          <w:lang w:val="pl-PL"/>
        </w:rPr>
      </w:pPr>
      <w:r w:rsidRPr="00681C72">
        <w:rPr>
          <w:lang w:val="pl-PL"/>
        </w:rPr>
        <w:t>1. Miejscem zbiórki i startu jest parking przed Stadionem Miejskim w Goleniowie, ul. Sportowa 25.</w:t>
      </w:r>
    </w:p>
    <w:p w14:paraId="0DFE8781" w14:textId="77777777" w:rsidR="00C40249" w:rsidRPr="00681C72" w:rsidRDefault="00000000">
      <w:pPr>
        <w:spacing w:after="40" w:line="259" w:lineRule="auto"/>
        <w:ind w:left="397" w:hanging="397"/>
        <w:rPr>
          <w:lang w:val="pl-PL"/>
        </w:rPr>
      </w:pPr>
      <w:r w:rsidRPr="00681C72">
        <w:rPr>
          <w:lang w:val="pl-PL"/>
        </w:rPr>
        <w:t>2. Start uczestników planowany jest na godz. 10:00.</w:t>
      </w:r>
    </w:p>
    <w:p w14:paraId="78A10BFE" w14:textId="77777777" w:rsidR="00C40249" w:rsidRPr="00681C72" w:rsidRDefault="00000000">
      <w:pPr>
        <w:spacing w:after="40" w:line="259" w:lineRule="auto"/>
        <w:ind w:left="397" w:hanging="397"/>
        <w:rPr>
          <w:lang w:val="pl-PL"/>
        </w:rPr>
      </w:pPr>
      <w:r w:rsidRPr="00681C72">
        <w:rPr>
          <w:lang w:val="pl-PL"/>
        </w:rPr>
        <w:t xml:space="preserve">3. Trasa realizowana będzie według śladu opublikowanego przez Organizatora w serwisie </w:t>
      </w:r>
      <w:proofErr w:type="spellStart"/>
      <w:r w:rsidRPr="00681C72">
        <w:rPr>
          <w:lang w:val="pl-PL"/>
        </w:rPr>
        <w:t>Komoot</w:t>
      </w:r>
      <w:proofErr w:type="spellEnd"/>
      <w:r w:rsidRPr="00681C72">
        <w:rPr>
          <w:lang w:val="pl-PL"/>
        </w:rPr>
        <w:t xml:space="preserve">: </w:t>
      </w:r>
      <w:hyperlink r:id="rId9">
        <w:r w:rsidRPr="00681C72">
          <w:rPr>
            <w:color w:val="0563C1"/>
            <w:u w:val="single"/>
            <w:lang w:val="pl-PL"/>
          </w:rPr>
          <w:t>trasa Goleniów – Wolin</w:t>
        </w:r>
      </w:hyperlink>
    </w:p>
    <w:p w14:paraId="55560EF3" w14:textId="77777777" w:rsidR="00C40249" w:rsidRPr="00681C72" w:rsidRDefault="00000000">
      <w:pPr>
        <w:spacing w:after="40" w:line="259" w:lineRule="auto"/>
        <w:ind w:left="397" w:hanging="397"/>
        <w:rPr>
          <w:lang w:val="pl-PL"/>
        </w:rPr>
      </w:pPr>
      <w:r w:rsidRPr="00681C72">
        <w:rPr>
          <w:lang w:val="pl-PL"/>
        </w:rPr>
        <w:t>4. Zakładane średnie tempo przejazdu wynosi około 17 km/h.</w:t>
      </w:r>
    </w:p>
    <w:p w14:paraId="61886DE5" w14:textId="77777777" w:rsidR="00C40249" w:rsidRPr="00681C72" w:rsidRDefault="00000000">
      <w:pPr>
        <w:spacing w:after="40" w:line="259" w:lineRule="auto"/>
        <w:ind w:left="397" w:hanging="397"/>
        <w:rPr>
          <w:lang w:val="pl-PL"/>
        </w:rPr>
      </w:pPr>
      <w:r w:rsidRPr="00681C72">
        <w:rPr>
          <w:lang w:val="pl-PL"/>
        </w:rPr>
        <w:t>5. Planowany przyjazd uczestników do Wolina nastąpi około godz. 14:00.</w:t>
      </w:r>
    </w:p>
    <w:p w14:paraId="49ECE06E" w14:textId="77777777" w:rsidR="00C40249" w:rsidRPr="00681C72" w:rsidRDefault="00000000">
      <w:pPr>
        <w:spacing w:after="40" w:line="259" w:lineRule="auto"/>
        <w:ind w:left="397" w:hanging="397"/>
        <w:rPr>
          <w:lang w:val="pl-PL"/>
        </w:rPr>
      </w:pPr>
      <w:r w:rsidRPr="00681C72">
        <w:rPr>
          <w:lang w:val="pl-PL"/>
        </w:rPr>
        <w:t>6. Podana godzina ma charakter orientacyjny i może ulec zmianie w zależności od warunków panujących na trasie.</w:t>
      </w:r>
    </w:p>
    <w:p w14:paraId="1F6AA791" w14:textId="77777777" w:rsidR="00C40249" w:rsidRPr="00681C72" w:rsidRDefault="00000000">
      <w:pPr>
        <w:pStyle w:val="Nagwek1"/>
        <w:spacing w:before="140" w:after="80" w:line="259" w:lineRule="auto"/>
        <w:rPr>
          <w:lang w:val="pl-PL"/>
        </w:rPr>
      </w:pPr>
      <w:r w:rsidRPr="00681C72">
        <w:rPr>
          <w:lang w:val="pl-PL"/>
        </w:rPr>
        <w:t>§ 7. Warunki uczestnictwa</w:t>
      </w:r>
    </w:p>
    <w:p w14:paraId="59AB23B7" w14:textId="77777777" w:rsidR="00C40249" w:rsidRPr="00681C72" w:rsidRDefault="00000000">
      <w:pPr>
        <w:spacing w:after="40" w:line="259" w:lineRule="auto"/>
        <w:ind w:left="397" w:hanging="397"/>
        <w:rPr>
          <w:lang w:val="pl-PL"/>
        </w:rPr>
      </w:pPr>
      <w:r w:rsidRPr="00681C72">
        <w:rPr>
          <w:lang w:val="pl-PL"/>
        </w:rPr>
        <w:t>1. W Rajdzie mogą uczestniczyć osoby, których stan zdrowia i kondycja fizyczna pozwalają na bezpieczne pokonanie wybranej trasy.</w:t>
      </w:r>
    </w:p>
    <w:p w14:paraId="15860C9C" w14:textId="77777777" w:rsidR="00C40249" w:rsidRPr="00681C72" w:rsidRDefault="00000000">
      <w:pPr>
        <w:spacing w:after="40" w:line="259" w:lineRule="auto"/>
        <w:ind w:left="397" w:hanging="397"/>
        <w:rPr>
          <w:lang w:val="pl-PL"/>
        </w:rPr>
      </w:pPr>
      <w:r w:rsidRPr="00681C72">
        <w:rPr>
          <w:lang w:val="pl-PL"/>
        </w:rPr>
        <w:t>2. Każdy uczestnik bierze udział w Rajdzie dobrowolnie i na własną odpowiedzialność.</w:t>
      </w:r>
    </w:p>
    <w:p w14:paraId="529E6A14" w14:textId="77777777" w:rsidR="00C40249" w:rsidRPr="00681C72" w:rsidRDefault="00000000">
      <w:pPr>
        <w:spacing w:after="40" w:line="259" w:lineRule="auto"/>
        <w:ind w:left="397" w:hanging="397"/>
        <w:rPr>
          <w:lang w:val="pl-PL"/>
        </w:rPr>
      </w:pPr>
      <w:r w:rsidRPr="00681C72">
        <w:rPr>
          <w:lang w:val="pl-PL"/>
        </w:rPr>
        <w:lastRenderedPageBreak/>
        <w:t>3. Uczestnik dokonując zgłoszenia oświadcza, że nie posiada przeciwwskazań zdrowotnych uniemożliwiających udział w kilkugodzinnym przejeździe rowerowym.</w:t>
      </w:r>
    </w:p>
    <w:p w14:paraId="22585DF4" w14:textId="77777777" w:rsidR="00C40249" w:rsidRPr="00681C72" w:rsidRDefault="00000000">
      <w:pPr>
        <w:spacing w:after="40" w:line="259" w:lineRule="auto"/>
        <w:ind w:left="397" w:hanging="397"/>
        <w:rPr>
          <w:lang w:val="pl-PL"/>
        </w:rPr>
      </w:pPr>
      <w:r w:rsidRPr="00681C72">
        <w:rPr>
          <w:lang w:val="pl-PL"/>
        </w:rPr>
        <w:t>4. Osoby niepełnoletnie mogą uczestniczyć w Rajdzie pod opieką rodzica lub opiekuna prawnego albo na zasadach określonych przez Organizatora podczas zapisów.</w:t>
      </w:r>
    </w:p>
    <w:p w14:paraId="33192791" w14:textId="77777777" w:rsidR="00C40249" w:rsidRPr="00681C72" w:rsidRDefault="00000000">
      <w:pPr>
        <w:spacing w:after="40" w:line="259" w:lineRule="auto"/>
        <w:ind w:left="397" w:hanging="397"/>
        <w:rPr>
          <w:lang w:val="pl-PL"/>
        </w:rPr>
      </w:pPr>
      <w:r w:rsidRPr="00681C72">
        <w:rPr>
          <w:lang w:val="pl-PL"/>
        </w:rPr>
        <w:t>5. Uczestnik zobowiązany jest posiadać sprawny technicznie rower, dostosowany do charakteru i długości wybranej trasy.</w:t>
      </w:r>
    </w:p>
    <w:p w14:paraId="670FBBEB" w14:textId="77777777" w:rsidR="00C40249" w:rsidRPr="00681C72" w:rsidRDefault="00000000">
      <w:pPr>
        <w:spacing w:after="40" w:line="259" w:lineRule="auto"/>
        <w:ind w:left="397" w:hanging="397"/>
        <w:rPr>
          <w:lang w:val="pl-PL"/>
        </w:rPr>
      </w:pPr>
      <w:r w:rsidRPr="00681C72">
        <w:rPr>
          <w:lang w:val="pl-PL"/>
        </w:rPr>
        <w:t>6. Każdy uczestnik zobowiązany jest do jazdy w kasku rowerowym przez cały czas trwania części rowerowej Rajdu.</w:t>
      </w:r>
    </w:p>
    <w:p w14:paraId="61A902D5" w14:textId="77777777" w:rsidR="00C40249" w:rsidRPr="00681C72" w:rsidRDefault="00000000">
      <w:pPr>
        <w:spacing w:after="40" w:line="259" w:lineRule="auto"/>
        <w:ind w:left="397" w:hanging="397"/>
        <w:rPr>
          <w:lang w:val="pl-PL"/>
        </w:rPr>
      </w:pPr>
      <w:r w:rsidRPr="00681C72">
        <w:rPr>
          <w:lang w:val="pl-PL"/>
        </w:rPr>
        <w:t>7. Zaleca się posiadanie przez uczestnika: telefonu komórkowego z naładowaną baterią, bidonu lub innego zapasu napojów, podstawowego zestawu naprawczego, zapasowej dętki lub zestawu do naprawy opon, pompki, odzieży dostosowanej do warunków atmosferycznych oraz urządzenia lub aplikacji umożliwiającej korzystanie ze śladu trasy.</w:t>
      </w:r>
    </w:p>
    <w:p w14:paraId="2BDE84C4" w14:textId="77777777" w:rsidR="00C40249" w:rsidRPr="00681C72" w:rsidRDefault="00000000">
      <w:pPr>
        <w:spacing w:after="40" w:line="259" w:lineRule="auto"/>
        <w:ind w:left="397" w:hanging="397"/>
        <w:rPr>
          <w:lang w:val="pl-PL"/>
        </w:rPr>
      </w:pPr>
      <w:r w:rsidRPr="00681C72">
        <w:rPr>
          <w:lang w:val="pl-PL"/>
        </w:rPr>
        <w:t>8. Zabrania się udziału w Rajdzie osobom znajdującym się pod wpływem alkoholu, środków odurzających lub innych substancji wpływających na zdolność bezpiecznego kierowania rowerem.</w:t>
      </w:r>
    </w:p>
    <w:p w14:paraId="12980F73" w14:textId="77777777" w:rsidR="00C40249" w:rsidRPr="00681C72" w:rsidRDefault="00000000">
      <w:pPr>
        <w:spacing w:after="40" w:line="259" w:lineRule="auto"/>
        <w:ind w:left="397" w:hanging="397"/>
        <w:rPr>
          <w:lang w:val="pl-PL"/>
        </w:rPr>
      </w:pPr>
      <w:r w:rsidRPr="00681C72">
        <w:rPr>
          <w:lang w:val="pl-PL"/>
        </w:rPr>
        <w:t>9. Organizator ma prawo odmówić dopuszczenia do startu lub wykluczyć z dalszego udziału osobę, której stan lub zachowanie może stwarzać zagrożenie dla niej samej lub innych uczestników.</w:t>
      </w:r>
    </w:p>
    <w:p w14:paraId="6E9563C0" w14:textId="77777777" w:rsidR="00C40249" w:rsidRPr="00681C72" w:rsidRDefault="00000000">
      <w:pPr>
        <w:pStyle w:val="Nagwek1"/>
        <w:spacing w:before="140" w:after="80" w:line="259" w:lineRule="auto"/>
        <w:rPr>
          <w:lang w:val="pl-PL"/>
        </w:rPr>
      </w:pPr>
      <w:r w:rsidRPr="00681C72">
        <w:rPr>
          <w:lang w:val="pl-PL"/>
        </w:rPr>
        <w:t>§ 8. Zasady poruszania się po trasie i bezpieczeństwo</w:t>
      </w:r>
    </w:p>
    <w:p w14:paraId="7420A6B2" w14:textId="77777777" w:rsidR="00C40249" w:rsidRPr="00681C72" w:rsidRDefault="00000000">
      <w:pPr>
        <w:spacing w:after="40" w:line="259" w:lineRule="auto"/>
        <w:ind w:left="397" w:hanging="397"/>
        <w:rPr>
          <w:lang w:val="pl-PL"/>
        </w:rPr>
      </w:pPr>
      <w:r w:rsidRPr="00681C72">
        <w:rPr>
          <w:lang w:val="pl-PL"/>
        </w:rPr>
        <w:t>1. Rajd odbywa się w otwartym ruchu drogowym.</w:t>
      </w:r>
    </w:p>
    <w:p w14:paraId="23A7F4E0" w14:textId="77777777" w:rsidR="00C40249" w:rsidRPr="00681C72" w:rsidRDefault="00000000">
      <w:pPr>
        <w:spacing w:after="40" w:line="259" w:lineRule="auto"/>
        <w:ind w:left="397" w:hanging="397"/>
        <w:rPr>
          <w:lang w:val="pl-PL"/>
        </w:rPr>
      </w:pPr>
      <w:r w:rsidRPr="00681C72">
        <w:rPr>
          <w:lang w:val="pl-PL"/>
        </w:rPr>
        <w:t>2. Uczestnicy zobowiązani są do przestrzegania wszystkich obowiązujących przepisów ustawy Prawo o ruchu drogowym.</w:t>
      </w:r>
    </w:p>
    <w:p w14:paraId="7D69F2BD" w14:textId="77777777" w:rsidR="00C40249" w:rsidRPr="00681C72" w:rsidRDefault="00000000">
      <w:pPr>
        <w:spacing w:after="40" w:line="259" w:lineRule="auto"/>
        <w:ind w:left="397" w:hanging="397"/>
        <w:rPr>
          <w:lang w:val="pl-PL"/>
        </w:rPr>
      </w:pPr>
      <w:r w:rsidRPr="00681C72">
        <w:rPr>
          <w:lang w:val="pl-PL"/>
        </w:rPr>
        <w:t>3. Uczestnicy Rajdu nie posiadają pierwszeństwa przed innymi uczestnikami ruchu drogowego, jeżeli pierwszeństwo takie nie wynika bezpośrednio z obowiązujących przepisów albo poleceń uprawnionych służb.</w:t>
      </w:r>
    </w:p>
    <w:p w14:paraId="649233CB" w14:textId="77777777" w:rsidR="00C40249" w:rsidRPr="00681C72" w:rsidRDefault="00000000">
      <w:pPr>
        <w:spacing w:after="40" w:line="259" w:lineRule="auto"/>
        <w:ind w:left="397" w:hanging="397"/>
        <w:rPr>
          <w:lang w:val="pl-PL"/>
        </w:rPr>
      </w:pPr>
      <w:r w:rsidRPr="00681C72">
        <w:rPr>
          <w:lang w:val="pl-PL"/>
        </w:rPr>
        <w:t>4. Uczestnik zobowiązany jest zachowywać szczególną ostrożność, dostosowywać prędkość do warunków drogowych, pogodowych i własnych umiejętności, zachowywać bezpieczny odstęp od pozostałych rowerzystów, sygnalizować wykonywane manewry, zwracać uwagę na pieszych oraz innych uczestników ruchu oraz stosować się do poleceń osób prowadzących grupę i obsługi Rajdu.</w:t>
      </w:r>
    </w:p>
    <w:p w14:paraId="57D9EBC1" w14:textId="77777777" w:rsidR="00C40249" w:rsidRPr="00681C72" w:rsidRDefault="00000000">
      <w:pPr>
        <w:spacing w:after="40" w:line="259" w:lineRule="auto"/>
        <w:ind w:left="397" w:hanging="397"/>
        <w:rPr>
          <w:lang w:val="pl-PL"/>
        </w:rPr>
      </w:pPr>
      <w:r w:rsidRPr="00681C72">
        <w:rPr>
          <w:lang w:val="pl-PL"/>
        </w:rPr>
        <w:t>5. Podawane przez Organizatora średnie tempo przejazdu ma charakter organizacyjny i orientacyjny. Nie stanowi ono obowiązku osiągania określonej prędkości.</w:t>
      </w:r>
    </w:p>
    <w:p w14:paraId="5E36325D" w14:textId="77777777" w:rsidR="00C40249" w:rsidRPr="00681C72" w:rsidRDefault="00000000">
      <w:pPr>
        <w:spacing w:after="40" w:line="259" w:lineRule="auto"/>
        <w:ind w:left="397" w:hanging="397"/>
        <w:rPr>
          <w:lang w:val="pl-PL"/>
        </w:rPr>
      </w:pPr>
      <w:r w:rsidRPr="00681C72">
        <w:rPr>
          <w:lang w:val="pl-PL"/>
        </w:rPr>
        <w:t>6. Uczestnik nie powinien podejmować prób utrzymania tempa grupy, jeżeli przekracza ono jego aktualne możliwości fizyczne lub mogłoby powodować zagrożenie.</w:t>
      </w:r>
    </w:p>
    <w:p w14:paraId="6036FF29" w14:textId="77777777" w:rsidR="00C40249" w:rsidRPr="00681C72" w:rsidRDefault="00000000">
      <w:pPr>
        <w:spacing w:after="40" w:line="259" w:lineRule="auto"/>
        <w:ind w:left="397" w:hanging="397"/>
        <w:rPr>
          <w:lang w:val="pl-PL"/>
        </w:rPr>
      </w:pPr>
      <w:r w:rsidRPr="00681C72">
        <w:rPr>
          <w:lang w:val="pl-PL"/>
        </w:rPr>
        <w:t>7. W przypadku awarii, wypadku, pogorszenia stanu zdrowia lub innego zdarzenia mogącego powodować zagrożenie uczestnik powinien przerwać jazdę i – stosownie do sytuacji – poinformować Organizatora lub odpowiednie służby ratunkowe.</w:t>
      </w:r>
    </w:p>
    <w:p w14:paraId="38E7BEE2" w14:textId="77777777" w:rsidR="00C40249" w:rsidRPr="00681C72" w:rsidRDefault="00000000">
      <w:pPr>
        <w:spacing w:after="40" w:line="259" w:lineRule="auto"/>
        <w:ind w:left="397" w:hanging="397"/>
        <w:rPr>
          <w:lang w:val="pl-PL"/>
        </w:rPr>
      </w:pPr>
      <w:r w:rsidRPr="00681C72">
        <w:rPr>
          <w:lang w:val="pl-PL"/>
        </w:rPr>
        <w:t>8. Uczestnicy, którzy są świadkami wypadku, zobowiązani są w miarę swoich możliwości udzielić pomocy poszkodowanemu oraz powiadomić odpowiednie służby.</w:t>
      </w:r>
    </w:p>
    <w:p w14:paraId="2D92A8AA" w14:textId="77777777" w:rsidR="00C40249" w:rsidRPr="00681C72" w:rsidRDefault="00000000">
      <w:pPr>
        <w:spacing w:after="40" w:line="259" w:lineRule="auto"/>
        <w:ind w:left="397" w:hanging="397"/>
        <w:rPr>
          <w:lang w:val="pl-PL"/>
        </w:rPr>
      </w:pPr>
      <w:r w:rsidRPr="00681C72">
        <w:rPr>
          <w:lang w:val="pl-PL"/>
        </w:rPr>
        <w:t>9. Organizator może podjąć decyzję o zmianie trasy, skróceniu przejazdu, czasowym wstrzymaniu Rajdu albo jego zakończeniu, jeżeli będzie to konieczne ze względów bezpieczeństwa.</w:t>
      </w:r>
    </w:p>
    <w:p w14:paraId="6E5D3CF3" w14:textId="77777777" w:rsidR="00C40249" w:rsidRPr="00681C72" w:rsidRDefault="00000000">
      <w:pPr>
        <w:pStyle w:val="Nagwek1"/>
        <w:spacing w:before="140" w:after="80" w:line="259" w:lineRule="auto"/>
        <w:rPr>
          <w:lang w:val="pl-PL"/>
        </w:rPr>
      </w:pPr>
      <w:r w:rsidRPr="00681C72">
        <w:rPr>
          <w:lang w:val="pl-PL"/>
        </w:rPr>
        <w:t>§ 9. Nawigacja i przebieg tras</w:t>
      </w:r>
    </w:p>
    <w:p w14:paraId="09F82327" w14:textId="77777777" w:rsidR="00C40249" w:rsidRPr="00681C72" w:rsidRDefault="00000000">
      <w:pPr>
        <w:spacing w:after="40" w:line="259" w:lineRule="auto"/>
        <w:ind w:left="397" w:hanging="397"/>
        <w:rPr>
          <w:lang w:val="pl-PL"/>
        </w:rPr>
      </w:pPr>
      <w:r w:rsidRPr="00681C72">
        <w:rPr>
          <w:lang w:val="pl-PL"/>
        </w:rPr>
        <w:t>1. Szczegółowy przebieg tras zostanie udostępniony uczestnikom przed Rajdem.</w:t>
      </w:r>
    </w:p>
    <w:p w14:paraId="0F693FCD" w14:textId="77777777" w:rsidR="00C40249" w:rsidRPr="00681C72" w:rsidRDefault="00000000">
      <w:pPr>
        <w:spacing w:after="40" w:line="259" w:lineRule="auto"/>
        <w:ind w:left="397" w:hanging="397"/>
        <w:rPr>
          <w:lang w:val="pl-PL"/>
        </w:rPr>
      </w:pPr>
      <w:r w:rsidRPr="00681C72">
        <w:rPr>
          <w:lang w:val="pl-PL"/>
        </w:rPr>
        <w:t>2. Uczestnikom zaleca się zapisanie właściwego śladu trasy na telefonie, liczniku rowerowym lub innym urządzeniu nawigacyjnym.</w:t>
      </w:r>
    </w:p>
    <w:p w14:paraId="53C14A87" w14:textId="77777777" w:rsidR="00C40249" w:rsidRPr="00681C72" w:rsidRDefault="00000000">
      <w:pPr>
        <w:spacing w:after="40" w:line="259" w:lineRule="auto"/>
        <w:ind w:left="397" w:hanging="397"/>
        <w:rPr>
          <w:lang w:val="pl-PL"/>
        </w:rPr>
      </w:pPr>
      <w:r w:rsidRPr="00681C72">
        <w:rPr>
          <w:lang w:val="pl-PL"/>
        </w:rPr>
        <w:t>3. Ślad udostępniony przez Organizatora należy traktować jako podstawowe źródło informacji dotyczące przebiegu trasy.</w:t>
      </w:r>
    </w:p>
    <w:p w14:paraId="3954F995" w14:textId="77777777" w:rsidR="00C40249" w:rsidRPr="00681C72" w:rsidRDefault="00000000">
      <w:pPr>
        <w:spacing w:after="40" w:line="259" w:lineRule="auto"/>
        <w:ind w:left="397" w:hanging="397"/>
        <w:rPr>
          <w:lang w:val="pl-PL"/>
        </w:rPr>
      </w:pPr>
      <w:r w:rsidRPr="00681C72">
        <w:rPr>
          <w:lang w:val="pl-PL"/>
        </w:rPr>
        <w:t>4. Ze względów bezpieczeństwa, prowadzonych robót drogowych, decyzji zarządcy drogi, zdarzeń losowych lub innych okoliczności Organizator może dokonać zmiany przebiegu trasy.</w:t>
      </w:r>
    </w:p>
    <w:p w14:paraId="0BF7891F" w14:textId="77777777" w:rsidR="00C40249" w:rsidRPr="00681C72" w:rsidRDefault="00000000">
      <w:pPr>
        <w:spacing w:after="40" w:line="259" w:lineRule="auto"/>
        <w:ind w:left="397" w:hanging="397"/>
        <w:rPr>
          <w:lang w:val="pl-PL"/>
        </w:rPr>
      </w:pPr>
      <w:r w:rsidRPr="00681C72">
        <w:rPr>
          <w:lang w:val="pl-PL"/>
        </w:rPr>
        <w:lastRenderedPageBreak/>
        <w:t>5. Uczestnicy zostaną poinformowani o istotnych zmianach w miarę możliwości przed rozpoczęciem Rajdu lub podczas jego trwania.</w:t>
      </w:r>
    </w:p>
    <w:p w14:paraId="32542262" w14:textId="77777777" w:rsidR="00C40249" w:rsidRPr="00681C72" w:rsidRDefault="00000000">
      <w:pPr>
        <w:pStyle w:val="Nagwek1"/>
        <w:spacing w:before="140" w:after="80" w:line="259" w:lineRule="auto"/>
        <w:rPr>
          <w:lang w:val="pl-PL"/>
        </w:rPr>
      </w:pPr>
      <w:r w:rsidRPr="00681C72">
        <w:rPr>
          <w:lang w:val="pl-PL"/>
        </w:rPr>
        <w:t>§ 10. Ochrona środowiska</w:t>
      </w:r>
    </w:p>
    <w:p w14:paraId="60B7E550" w14:textId="77777777" w:rsidR="00C40249" w:rsidRPr="00681C72" w:rsidRDefault="00000000">
      <w:pPr>
        <w:spacing w:after="40" w:line="259" w:lineRule="auto"/>
        <w:ind w:left="397" w:hanging="397"/>
        <w:rPr>
          <w:lang w:val="pl-PL"/>
        </w:rPr>
      </w:pPr>
      <w:r w:rsidRPr="00681C72">
        <w:rPr>
          <w:lang w:val="pl-PL"/>
        </w:rPr>
        <w:t>1. Uczestnicy zobowiązani są do poszanowania środowiska naturalnego oraz miejsc, przez które prowadzą trasy Rajdu.</w:t>
      </w:r>
    </w:p>
    <w:p w14:paraId="09E5147E" w14:textId="77777777" w:rsidR="00C40249" w:rsidRPr="00681C72" w:rsidRDefault="00000000">
      <w:pPr>
        <w:spacing w:after="40" w:line="259" w:lineRule="auto"/>
        <w:ind w:left="397" w:hanging="397"/>
        <w:rPr>
          <w:lang w:val="pl-PL"/>
        </w:rPr>
      </w:pPr>
      <w:r w:rsidRPr="00681C72">
        <w:rPr>
          <w:lang w:val="pl-PL"/>
        </w:rPr>
        <w:t>2. Zabrania się pozostawiania śmieci, opakowań po żywności, bidonów oraz innych odpadów na trasie.</w:t>
      </w:r>
    </w:p>
    <w:p w14:paraId="344FE4DD" w14:textId="77777777" w:rsidR="00C40249" w:rsidRPr="00681C72" w:rsidRDefault="00000000">
      <w:pPr>
        <w:spacing w:after="40" w:line="259" w:lineRule="auto"/>
        <w:ind w:left="397" w:hanging="397"/>
        <w:rPr>
          <w:lang w:val="pl-PL"/>
        </w:rPr>
      </w:pPr>
      <w:r w:rsidRPr="00681C72">
        <w:rPr>
          <w:lang w:val="pl-PL"/>
        </w:rPr>
        <w:t>3. Odpady należy wyrzucać wyłącznie w miejscach do tego przeznaczonych.</w:t>
      </w:r>
    </w:p>
    <w:p w14:paraId="780BC9E0" w14:textId="77777777" w:rsidR="00C40249" w:rsidRPr="00681C72" w:rsidRDefault="00000000">
      <w:pPr>
        <w:spacing w:after="40" w:line="259" w:lineRule="auto"/>
        <w:ind w:left="397" w:hanging="397"/>
        <w:rPr>
          <w:lang w:val="pl-PL"/>
        </w:rPr>
      </w:pPr>
      <w:r w:rsidRPr="00681C72">
        <w:rPr>
          <w:lang w:val="pl-PL"/>
        </w:rPr>
        <w:t>4. Uczestnicy zobowiązani są do zachowania szczególnej ostrożności na terenach leśnych, przyrodniczych i objętych ochroną.</w:t>
      </w:r>
    </w:p>
    <w:p w14:paraId="774C7D2C" w14:textId="77777777" w:rsidR="00C40249" w:rsidRPr="00681C72" w:rsidRDefault="00000000">
      <w:pPr>
        <w:spacing w:after="40" w:line="259" w:lineRule="auto"/>
        <w:ind w:left="397" w:hanging="397"/>
        <w:rPr>
          <w:lang w:val="pl-PL"/>
        </w:rPr>
      </w:pPr>
      <w:r w:rsidRPr="00681C72">
        <w:rPr>
          <w:lang w:val="pl-PL"/>
        </w:rPr>
        <w:t>5. Organizator może wykluczyć z Rajdu osobę rażąco naruszającą zasady poszanowania środowiska.</w:t>
      </w:r>
    </w:p>
    <w:p w14:paraId="4C6B0947" w14:textId="77777777" w:rsidR="00C40249" w:rsidRPr="00681C72" w:rsidRDefault="00000000">
      <w:pPr>
        <w:pStyle w:val="Nagwek1"/>
        <w:spacing w:before="140" w:after="80" w:line="259" w:lineRule="auto"/>
        <w:rPr>
          <w:lang w:val="pl-PL"/>
        </w:rPr>
      </w:pPr>
      <w:r w:rsidRPr="00681C72">
        <w:rPr>
          <w:lang w:val="pl-PL"/>
        </w:rPr>
        <w:t>§ 11. Odpowiedzialność uczestników</w:t>
      </w:r>
    </w:p>
    <w:p w14:paraId="414FD238" w14:textId="77777777" w:rsidR="00C40249" w:rsidRPr="00681C72" w:rsidRDefault="00000000">
      <w:pPr>
        <w:spacing w:after="40" w:line="259" w:lineRule="auto"/>
        <w:ind w:left="397" w:hanging="397"/>
        <w:rPr>
          <w:lang w:val="pl-PL"/>
        </w:rPr>
      </w:pPr>
      <w:r w:rsidRPr="00681C72">
        <w:rPr>
          <w:lang w:val="pl-PL"/>
        </w:rPr>
        <w:t>1. Uczestnik ponosi odpowiedzialność za swoje działania i zaniechania podczas Rajdu.</w:t>
      </w:r>
    </w:p>
    <w:p w14:paraId="2E4077A0" w14:textId="77777777" w:rsidR="00C40249" w:rsidRPr="00681C72" w:rsidRDefault="00000000">
      <w:pPr>
        <w:spacing w:after="40" w:line="259" w:lineRule="auto"/>
        <w:ind w:left="397" w:hanging="397"/>
        <w:rPr>
          <w:lang w:val="pl-PL"/>
        </w:rPr>
      </w:pPr>
      <w:r w:rsidRPr="00681C72">
        <w:rPr>
          <w:lang w:val="pl-PL"/>
        </w:rPr>
        <w:t>2. Uczestnik odpowiada za szkody wyrządzone osobom trzecim lub w mieniu, jeżeli powstały z jego winy.</w:t>
      </w:r>
    </w:p>
    <w:p w14:paraId="7A3A0153" w14:textId="77777777" w:rsidR="00C40249" w:rsidRPr="00681C72" w:rsidRDefault="00000000">
      <w:pPr>
        <w:spacing w:after="40" w:line="259" w:lineRule="auto"/>
        <w:ind w:left="397" w:hanging="397"/>
        <w:rPr>
          <w:lang w:val="pl-PL"/>
        </w:rPr>
      </w:pPr>
      <w:r w:rsidRPr="00681C72">
        <w:rPr>
          <w:lang w:val="pl-PL"/>
        </w:rPr>
        <w:t>3. Organizator i Realizator nie odpowiadają za szkody wynikające w szczególności z nieprzestrzegania przepisów ruchu drogowego, niestosowania się do poleceń służb lub obsługi, niedostosowania prędkości do warunków, niewłaściwego stanu technicznego roweru, niewłaściwej oceny własnych możliwości lub samowolnego opuszczenia wskazanej trasy.</w:t>
      </w:r>
    </w:p>
    <w:p w14:paraId="1E51C2F1" w14:textId="77777777" w:rsidR="00C40249" w:rsidRPr="00681C72" w:rsidRDefault="00000000">
      <w:pPr>
        <w:spacing w:after="40" w:line="259" w:lineRule="auto"/>
        <w:ind w:left="397" w:hanging="397"/>
        <w:rPr>
          <w:lang w:val="pl-PL"/>
        </w:rPr>
      </w:pPr>
      <w:r w:rsidRPr="00681C72">
        <w:rPr>
          <w:lang w:val="pl-PL"/>
        </w:rPr>
        <w:t>4. Organizator nie odpowiada za rzeczy osobiste uczestników zagubione, pozostawione bez nadzoru, uszkodzone lub skradzione podczas Rajdu.</w:t>
      </w:r>
    </w:p>
    <w:p w14:paraId="41B05FB5" w14:textId="77777777" w:rsidR="00C40249" w:rsidRPr="00681C72" w:rsidRDefault="00000000">
      <w:pPr>
        <w:spacing w:after="40" w:line="259" w:lineRule="auto"/>
        <w:ind w:left="397" w:hanging="397"/>
        <w:rPr>
          <w:lang w:val="pl-PL"/>
        </w:rPr>
      </w:pPr>
      <w:r w:rsidRPr="00681C72">
        <w:rPr>
          <w:lang w:val="pl-PL"/>
        </w:rPr>
        <w:t>5. Uczestnikom zaleca się posiadanie indywidualnego ubezpieczenia NNW oraz OC obejmującego jazdę na rowerze.</w:t>
      </w:r>
    </w:p>
    <w:p w14:paraId="26547986" w14:textId="77777777" w:rsidR="00C40249" w:rsidRPr="00681C72" w:rsidRDefault="00000000">
      <w:pPr>
        <w:pStyle w:val="Nagwek1"/>
        <w:spacing w:before="140" w:after="80" w:line="259" w:lineRule="auto"/>
        <w:rPr>
          <w:lang w:val="pl-PL"/>
        </w:rPr>
      </w:pPr>
      <w:r w:rsidRPr="00681C72">
        <w:rPr>
          <w:lang w:val="pl-PL"/>
        </w:rPr>
        <w:t>§ 12. Warunki atmosferyczne i zmiany organizacyjne</w:t>
      </w:r>
    </w:p>
    <w:p w14:paraId="11C6CA32" w14:textId="77777777" w:rsidR="00C40249" w:rsidRPr="00681C72" w:rsidRDefault="00000000">
      <w:pPr>
        <w:spacing w:after="40" w:line="259" w:lineRule="auto"/>
        <w:ind w:left="397" w:hanging="397"/>
        <w:rPr>
          <w:lang w:val="pl-PL"/>
        </w:rPr>
      </w:pPr>
      <w:r w:rsidRPr="00681C72">
        <w:rPr>
          <w:lang w:val="pl-PL"/>
        </w:rPr>
        <w:t>1. Rajd odbędzie się przy warunkach atmosferycznych pozwalających na jego bezpieczne przeprowadzenie.</w:t>
      </w:r>
    </w:p>
    <w:p w14:paraId="1247A2B4" w14:textId="77777777" w:rsidR="00C40249" w:rsidRPr="00681C72" w:rsidRDefault="00000000">
      <w:pPr>
        <w:spacing w:after="40" w:line="259" w:lineRule="auto"/>
        <w:ind w:left="397" w:hanging="397"/>
        <w:rPr>
          <w:lang w:val="pl-PL"/>
        </w:rPr>
      </w:pPr>
      <w:r w:rsidRPr="00681C72">
        <w:rPr>
          <w:lang w:val="pl-PL"/>
        </w:rPr>
        <w:t>2. Organizator zastrzega możliwość zmiany godziny zbiórki lub startu, przebiegu trasy, miejsca startu lub mety, harmonogramu transportu wodnego, miejsca postoju lub przerw oraz innych elementów organizacyjnych.</w:t>
      </w:r>
    </w:p>
    <w:p w14:paraId="61399241" w14:textId="77777777" w:rsidR="00C40249" w:rsidRPr="00681C72" w:rsidRDefault="00000000">
      <w:pPr>
        <w:spacing w:after="40" w:line="259" w:lineRule="auto"/>
        <w:ind w:left="397" w:hanging="397"/>
        <w:rPr>
          <w:lang w:val="pl-PL"/>
        </w:rPr>
      </w:pPr>
      <w:r w:rsidRPr="00681C72">
        <w:rPr>
          <w:lang w:val="pl-PL"/>
        </w:rPr>
        <w:t>3. Zmiany mogą nastąpić w szczególności ze względów pogodowych, bezpieczeństwa, decyzji właściwych służb, zmian organizacji ruchu, awarii, sytuacji na szlakach komunikacyjnych lub innych zdarzeń niezależnych od Organizatora.</w:t>
      </w:r>
    </w:p>
    <w:p w14:paraId="78ACB0A9" w14:textId="77777777" w:rsidR="00C40249" w:rsidRPr="00681C72" w:rsidRDefault="00000000">
      <w:pPr>
        <w:spacing w:after="40" w:line="259" w:lineRule="auto"/>
        <w:ind w:left="397" w:hanging="397"/>
        <w:rPr>
          <w:lang w:val="pl-PL"/>
        </w:rPr>
      </w:pPr>
      <w:r w:rsidRPr="00681C72">
        <w:rPr>
          <w:lang w:val="pl-PL"/>
        </w:rPr>
        <w:t>4. W przypadku wystąpienia okoliczności uniemożliwiających bezpieczną realizację wydarzenia Organizator może zdecydować o odwołaniu Rajdu lub jednej z jego tras.</w:t>
      </w:r>
    </w:p>
    <w:p w14:paraId="14023690" w14:textId="77777777" w:rsidR="00C40249" w:rsidRPr="00681C72" w:rsidRDefault="00000000">
      <w:pPr>
        <w:spacing w:after="40" w:line="259" w:lineRule="auto"/>
        <w:ind w:left="397" w:hanging="397"/>
        <w:rPr>
          <w:lang w:val="pl-PL"/>
        </w:rPr>
      </w:pPr>
      <w:r w:rsidRPr="00681C72">
        <w:rPr>
          <w:lang w:val="pl-PL"/>
        </w:rPr>
        <w:t>5. O istotnych zmianach uczestnicy zostaną poinformowani za pomocą dostępnych kanałów komunikacji.</w:t>
      </w:r>
    </w:p>
    <w:p w14:paraId="33F3ECD5" w14:textId="77777777" w:rsidR="00C40249" w:rsidRPr="00681C72" w:rsidRDefault="00000000">
      <w:pPr>
        <w:pStyle w:val="Nagwek1"/>
        <w:spacing w:before="140" w:after="80" w:line="259" w:lineRule="auto"/>
        <w:rPr>
          <w:lang w:val="pl-PL"/>
        </w:rPr>
      </w:pPr>
      <w:r w:rsidRPr="00681C72">
        <w:rPr>
          <w:lang w:val="pl-PL"/>
        </w:rPr>
        <w:t>§ 13. Rezygnacja z dalszej jazdy</w:t>
      </w:r>
    </w:p>
    <w:p w14:paraId="2FD17BE6" w14:textId="77777777" w:rsidR="00C40249" w:rsidRPr="00681C72" w:rsidRDefault="00000000">
      <w:pPr>
        <w:spacing w:after="40" w:line="259" w:lineRule="auto"/>
        <w:ind w:left="397" w:hanging="397"/>
        <w:rPr>
          <w:lang w:val="pl-PL"/>
        </w:rPr>
      </w:pPr>
      <w:r w:rsidRPr="00681C72">
        <w:rPr>
          <w:lang w:val="pl-PL"/>
        </w:rPr>
        <w:t>1. Uczestnik może w każdym momencie zrezygnować z dalszego udziału w Rajdzie.</w:t>
      </w:r>
    </w:p>
    <w:p w14:paraId="128AFC33" w14:textId="77777777" w:rsidR="00C40249" w:rsidRPr="00681C72" w:rsidRDefault="00000000">
      <w:pPr>
        <w:spacing w:after="40" w:line="259" w:lineRule="auto"/>
        <w:ind w:left="397" w:hanging="397"/>
        <w:rPr>
          <w:lang w:val="pl-PL"/>
        </w:rPr>
      </w:pPr>
      <w:r w:rsidRPr="00681C72">
        <w:rPr>
          <w:lang w:val="pl-PL"/>
        </w:rPr>
        <w:t>2. W przypadku rezygnacji uczestnik powinien, jeśli jest to możliwe, poinformować o tym osobę reprezentującą Organizatora lub prowadzącą daną grupę.</w:t>
      </w:r>
    </w:p>
    <w:p w14:paraId="78F9FB9A" w14:textId="77777777" w:rsidR="00C40249" w:rsidRPr="00681C72" w:rsidRDefault="00000000">
      <w:pPr>
        <w:spacing w:after="40" w:line="259" w:lineRule="auto"/>
        <w:ind w:left="397" w:hanging="397"/>
        <w:rPr>
          <w:lang w:val="pl-PL"/>
        </w:rPr>
      </w:pPr>
      <w:r w:rsidRPr="00681C72">
        <w:rPr>
          <w:lang w:val="pl-PL"/>
        </w:rPr>
        <w:t>3. Po rezygnacji z udziału uczestnik odpowiada za organizację swojego dalszego przejazdu i transportu, o ile Organizator nie poinformuje o zapewnieniu innej formy pomocy.</w:t>
      </w:r>
    </w:p>
    <w:p w14:paraId="2936434D" w14:textId="77777777" w:rsidR="00C40249" w:rsidRPr="00681C72" w:rsidRDefault="00000000">
      <w:pPr>
        <w:pStyle w:val="Nagwek1"/>
        <w:spacing w:before="140" w:after="80" w:line="259" w:lineRule="auto"/>
        <w:rPr>
          <w:lang w:val="pl-PL"/>
        </w:rPr>
      </w:pPr>
      <w:r w:rsidRPr="00681C72">
        <w:rPr>
          <w:lang w:val="pl-PL"/>
        </w:rPr>
        <w:t>§ 14. Wizerunek</w:t>
      </w:r>
    </w:p>
    <w:p w14:paraId="21C09A4C" w14:textId="77777777" w:rsidR="00C40249" w:rsidRPr="00681C72" w:rsidRDefault="00000000">
      <w:pPr>
        <w:spacing w:after="40" w:line="259" w:lineRule="auto"/>
        <w:ind w:left="397" w:hanging="397"/>
        <w:rPr>
          <w:lang w:val="pl-PL"/>
        </w:rPr>
      </w:pPr>
      <w:r w:rsidRPr="00681C72">
        <w:rPr>
          <w:lang w:val="pl-PL"/>
        </w:rPr>
        <w:t>1. Rajd może być dokumentowany fotograficznie i filmowo.</w:t>
      </w:r>
    </w:p>
    <w:p w14:paraId="74EC075C" w14:textId="77777777" w:rsidR="00C40249" w:rsidRPr="00681C72" w:rsidRDefault="00000000">
      <w:pPr>
        <w:spacing w:after="40" w:line="259" w:lineRule="auto"/>
        <w:ind w:left="397" w:hanging="397"/>
        <w:rPr>
          <w:lang w:val="pl-PL"/>
        </w:rPr>
      </w:pPr>
      <w:r w:rsidRPr="00681C72">
        <w:rPr>
          <w:lang w:val="pl-PL"/>
        </w:rPr>
        <w:lastRenderedPageBreak/>
        <w:t>2. Materiały powstałe podczas wydarzenia mogą być wykorzystywane przez Województwo Zachodniopomorskie, Realizatora oraz partnerów wydarzenia do celów dokumentacyjnych, informacyjnych i promocyjnych, zgodnie z obowiązującymi przepisami prawa.</w:t>
      </w:r>
    </w:p>
    <w:p w14:paraId="1DE345A4" w14:textId="77777777" w:rsidR="00C40249" w:rsidRPr="00681C72" w:rsidRDefault="00000000">
      <w:pPr>
        <w:spacing w:after="40" w:line="259" w:lineRule="auto"/>
        <w:ind w:left="397" w:hanging="397"/>
        <w:rPr>
          <w:lang w:val="pl-PL"/>
        </w:rPr>
      </w:pPr>
      <w:r w:rsidRPr="00681C72">
        <w:rPr>
          <w:lang w:val="pl-PL"/>
        </w:rPr>
        <w:t>3. Fotografie i materiały filmowe mogą być publikowane m.in. na stronach internetowych, w mediach społecznościowych, materiałach prasowych oraz materiałach promujących wydarzenie i Pomorze Zachodnie.</w:t>
      </w:r>
    </w:p>
    <w:p w14:paraId="32F369BD" w14:textId="77777777" w:rsidR="00C40249" w:rsidRPr="00681C72" w:rsidRDefault="00000000">
      <w:pPr>
        <w:pStyle w:val="Nagwek1"/>
        <w:spacing w:before="140" w:after="80" w:line="259" w:lineRule="auto"/>
        <w:rPr>
          <w:lang w:val="pl-PL"/>
        </w:rPr>
      </w:pPr>
      <w:r w:rsidRPr="00681C72">
        <w:rPr>
          <w:lang w:val="pl-PL"/>
        </w:rPr>
        <w:t>§ 15. Dane osobowe</w:t>
      </w:r>
    </w:p>
    <w:p w14:paraId="3F2C443D" w14:textId="77777777" w:rsidR="00C40249" w:rsidRPr="00681C72" w:rsidRDefault="00000000">
      <w:pPr>
        <w:spacing w:after="40" w:line="259" w:lineRule="auto"/>
        <w:ind w:left="397" w:hanging="397"/>
        <w:rPr>
          <w:lang w:val="pl-PL"/>
        </w:rPr>
      </w:pPr>
      <w:r w:rsidRPr="00681C72">
        <w:rPr>
          <w:lang w:val="pl-PL"/>
        </w:rPr>
        <w:t>1. Dane osobowe uczestników będą przetwarzane wyłącznie w zakresie niezbędnym do organizacji i przeprowadzenia Rajdu oraz komunikacji z uczestnikami.</w:t>
      </w:r>
    </w:p>
    <w:p w14:paraId="2042A411" w14:textId="77777777" w:rsidR="00C40249" w:rsidRPr="00681C72" w:rsidRDefault="00000000">
      <w:pPr>
        <w:spacing w:after="40" w:line="259" w:lineRule="auto"/>
        <w:ind w:left="397" w:hanging="397"/>
        <w:rPr>
          <w:lang w:val="pl-PL"/>
        </w:rPr>
      </w:pPr>
      <w:r w:rsidRPr="00681C72">
        <w:rPr>
          <w:lang w:val="pl-PL"/>
        </w:rPr>
        <w:t>2. Szczegółowa informacja dotycząca administratora danych osobowych, podstaw i zakresu ich przetwarzania oraz praw uczestników zostanie udostępniona w formularzu rejestracyjnym lub w odrębnej klauzuli informacyjnej.</w:t>
      </w:r>
    </w:p>
    <w:p w14:paraId="379CD3BA" w14:textId="77777777" w:rsidR="00C40249" w:rsidRPr="00681C72" w:rsidRDefault="00000000">
      <w:pPr>
        <w:spacing w:after="40" w:line="259" w:lineRule="auto"/>
        <w:ind w:left="397" w:hanging="397"/>
        <w:rPr>
          <w:lang w:val="pl-PL"/>
        </w:rPr>
      </w:pPr>
      <w:r w:rsidRPr="00681C72">
        <w:rPr>
          <w:lang w:val="pl-PL"/>
        </w:rPr>
        <w:t>3. Dane mogą być powierzane podmiotom współpracującym przy organizacji Rajdu wyłącznie w zakresie niezbędnym do prawidłowej realizacji wydarzenia.</w:t>
      </w:r>
    </w:p>
    <w:p w14:paraId="16735F37" w14:textId="77777777" w:rsidR="00C40249" w:rsidRPr="00681C72" w:rsidRDefault="00000000">
      <w:pPr>
        <w:pStyle w:val="Nagwek1"/>
        <w:spacing w:before="140" w:after="80" w:line="259" w:lineRule="auto"/>
        <w:rPr>
          <w:lang w:val="pl-PL"/>
        </w:rPr>
      </w:pPr>
      <w:r w:rsidRPr="00681C72">
        <w:rPr>
          <w:lang w:val="pl-PL"/>
        </w:rPr>
        <w:t>§ 16. Postanowienia końcowe</w:t>
      </w:r>
    </w:p>
    <w:p w14:paraId="63186FE2" w14:textId="77777777" w:rsidR="00C40249" w:rsidRPr="00681C72" w:rsidRDefault="00000000">
      <w:pPr>
        <w:spacing w:after="40" w:line="259" w:lineRule="auto"/>
        <w:ind w:left="397" w:hanging="397"/>
        <w:rPr>
          <w:lang w:val="pl-PL"/>
        </w:rPr>
      </w:pPr>
      <w:r w:rsidRPr="00681C72">
        <w:rPr>
          <w:lang w:val="pl-PL"/>
        </w:rPr>
        <w:t>1. Każdy uczestnik zobowiązany jest do zapoznania się z niniejszym regulaminem przed rozpoczęciem Rajdu.</w:t>
      </w:r>
    </w:p>
    <w:p w14:paraId="3B892611" w14:textId="77777777" w:rsidR="00C40249" w:rsidRPr="00681C72" w:rsidRDefault="00000000">
      <w:pPr>
        <w:spacing w:after="40" w:line="259" w:lineRule="auto"/>
        <w:ind w:left="397" w:hanging="397"/>
        <w:rPr>
          <w:lang w:val="pl-PL"/>
        </w:rPr>
      </w:pPr>
      <w:r w:rsidRPr="00681C72">
        <w:rPr>
          <w:lang w:val="pl-PL"/>
        </w:rPr>
        <w:t>2. Zgłoszenie do udziału w Rajdzie oznacza akceptację niniejszego regulaminu.</w:t>
      </w:r>
    </w:p>
    <w:p w14:paraId="17862269" w14:textId="77777777" w:rsidR="00C40249" w:rsidRPr="00681C72" w:rsidRDefault="00000000">
      <w:pPr>
        <w:spacing w:after="40" w:line="259" w:lineRule="auto"/>
        <w:ind w:left="397" w:hanging="397"/>
        <w:rPr>
          <w:lang w:val="pl-PL"/>
        </w:rPr>
      </w:pPr>
      <w:r w:rsidRPr="00681C72">
        <w:rPr>
          <w:lang w:val="pl-PL"/>
        </w:rPr>
        <w:t>3. Uczestnik zobowiązany jest stosować się do bieżących komunikatów i poleceń Organizatora, Realizatora oraz osób wyznaczonych do obsługi wydarzenia.</w:t>
      </w:r>
    </w:p>
    <w:p w14:paraId="0FE2CD85" w14:textId="77777777" w:rsidR="00C40249" w:rsidRPr="00681C72" w:rsidRDefault="00000000">
      <w:pPr>
        <w:spacing w:after="40" w:line="259" w:lineRule="auto"/>
        <w:ind w:left="397" w:hanging="397"/>
        <w:rPr>
          <w:lang w:val="pl-PL"/>
        </w:rPr>
      </w:pPr>
      <w:r w:rsidRPr="00681C72">
        <w:rPr>
          <w:lang w:val="pl-PL"/>
        </w:rPr>
        <w:t>4. Organizator zastrzega sobie prawo do dokonywania zmian w regulaminie, jeżeli będą one niezbędne ze względów organizacyjnych, bezpieczeństwa lub innych okoliczności niezależnych od Organizatora.</w:t>
      </w:r>
    </w:p>
    <w:p w14:paraId="0AF323B6" w14:textId="77777777" w:rsidR="00C40249" w:rsidRPr="00681C72" w:rsidRDefault="00000000">
      <w:pPr>
        <w:spacing w:after="40" w:line="259" w:lineRule="auto"/>
        <w:ind w:left="397" w:hanging="397"/>
        <w:rPr>
          <w:lang w:val="pl-PL"/>
        </w:rPr>
      </w:pPr>
      <w:r w:rsidRPr="00681C72">
        <w:rPr>
          <w:lang w:val="pl-PL"/>
        </w:rPr>
        <w:t>5. W sprawach nieuregulowanych niniejszym regulaminem decyzje podejmuje Organizator zgodnie z obowiązującymi przepisami prawa.</w:t>
      </w:r>
    </w:p>
    <w:p w14:paraId="2CADC008" w14:textId="77777777" w:rsidR="00C40249" w:rsidRPr="00681C72" w:rsidRDefault="00000000">
      <w:pPr>
        <w:spacing w:after="40" w:line="259" w:lineRule="auto"/>
        <w:ind w:left="397" w:hanging="397"/>
        <w:rPr>
          <w:lang w:val="pl-PL"/>
        </w:rPr>
      </w:pPr>
      <w:r w:rsidRPr="00681C72">
        <w:rPr>
          <w:lang w:val="pl-PL"/>
        </w:rPr>
        <w:t>6. Regulamin wchodzi w życie z dniem jego publikacji.</w:t>
      </w:r>
    </w:p>
    <w:sectPr w:rsidR="00C40249" w:rsidRPr="00681C72" w:rsidSect="00034616">
      <w:footerReference w:type="default" r:id="rId10"/>
      <w:pgSz w:w="12240" w:h="15840"/>
      <w:pgMar w:top="1020" w:right="1247" w:bottom="1020" w:left="124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84034" w14:textId="77777777" w:rsidR="00C9605E" w:rsidRDefault="00C9605E">
      <w:pPr>
        <w:spacing w:after="0" w:line="240" w:lineRule="auto"/>
      </w:pPr>
      <w:r>
        <w:separator/>
      </w:r>
    </w:p>
  </w:endnote>
  <w:endnote w:type="continuationSeparator" w:id="0">
    <w:p w14:paraId="5304F644" w14:textId="77777777" w:rsidR="00C9605E" w:rsidRDefault="00C96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2A073" w14:textId="77777777" w:rsidR="00C40249" w:rsidRDefault="00000000">
    <w:pPr>
      <w:pStyle w:val="Stopka"/>
      <w:jc w:val="center"/>
    </w:pPr>
    <w:proofErr w:type="spellStart"/>
    <w:r>
      <w:rPr>
        <w:sz w:val="16"/>
      </w:rPr>
      <w:t>Rajd</w:t>
    </w:r>
    <w:proofErr w:type="spellEnd"/>
    <w:r>
      <w:rPr>
        <w:sz w:val="16"/>
      </w:rPr>
      <w:t xml:space="preserve"> </w:t>
    </w:r>
    <w:proofErr w:type="spellStart"/>
    <w:r>
      <w:rPr>
        <w:sz w:val="16"/>
      </w:rPr>
      <w:t>Gwiaździsty</w:t>
    </w:r>
    <w:proofErr w:type="spellEnd"/>
    <w:r>
      <w:rPr>
        <w:sz w:val="16"/>
      </w:rPr>
      <w:t xml:space="preserve"> Wolin 2026  |  </w:t>
    </w:r>
    <w:proofErr w:type="spellStart"/>
    <w:r>
      <w:rPr>
        <w:sz w:val="16"/>
      </w:rPr>
      <w:t>strona</w:t>
    </w:r>
    <w:proofErr w:type="spellEnd"/>
    <w:r>
      <w:rPr>
        <w:sz w:val="16"/>
      </w:rPr>
      <w:t xml:space="preserve"> </w:t>
    </w:r>
    <w:r>
      <w:fldChar w:fldCharType="begin"/>
    </w:r>
    <w:r>
      <w:instrText xml:space="preserve"> PAGE </w:instrText>
    </w:r>
    <w:r w:rsidR="00681C72">
      <w:fldChar w:fldCharType="separate"/>
    </w:r>
    <w:r w:rsidR="00681C7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3D203" w14:textId="77777777" w:rsidR="00C9605E" w:rsidRDefault="00C9605E">
      <w:pPr>
        <w:spacing w:after="0" w:line="240" w:lineRule="auto"/>
      </w:pPr>
      <w:r>
        <w:separator/>
      </w:r>
    </w:p>
  </w:footnote>
  <w:footnote w:type="continuationSeparator" w:id="0">
    <w:p w14:paraId="01C761B6" w14:textId="77777777" w:rsidR="00C9605E" w:rsidRDefault="00C960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wan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wan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punktowana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punktowana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numerowan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punktowana"/>
      <w:lvlText w:val=""/>
      <w:lvlJc w:val="left"/>
      <w:pPr>
        <w:tabs>
          <w:tab w:val="num" w:pos="360"/>
        </w:tabs>
        <w:ind w:left="360" w:hanging="360"/>
      </w:pPr>
      <w:rPr>
        <w:rFonts w:ascii="Symbol" w:hAnsi="Symbol" w:hint="default"/>
      </w:rPr>
    </w:lvl>
  </w:abstractNum>
  <w:num w:numId="1" w16cid:durableId="2106613857">
    <w:abstractNumId w:val="8"/>
  </w:num>
  <w:num w:numId="2" w16cid:durableId="1945115416">
    <w:abstractNumId w:val="6"/>
  </w:num>
  <w:num w:numId="3" w16cid:durableId="1652907065">
    <w:abstractNumId w:val="5"/>
  </w:num>
  <w:num w:numId="4" w16cid:durableId="524756035">
    <w:abstractNumId w:val="4"/>
  </w:num>
  <w:num w:numId="5" w16cid:durableId="960107773">
    <w:abstractNumId w:val="7"/>
  </w:num>
  <w:num w:numId="6" w16cid:durableId="815532381">
    <w:abstractNumId w:val="3"/>
  </w:num>
  <w:num w:numId="7" w16cid:durableId="1072891705">
    <w:abstractNumId w:val="2"/>
  </w:num>
  <w:num w:numId="8" w16cid:durableId="423578926">
    <w:abstractNumId w:val="1"/>
  </w:num>
  <w:num w:numId="9" w16cid:durableId="1463956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681C72"/>
    <w:rsid w:val="00AA1D8D"/>
    <w:rsid w:val="00B47730"/>
    <w:rsid w:val="00C40249"/>
    <w:rsid w:val="00C9605E"/>
    <w:rsid w:val="00CB0664"/>
    <w:rsid w:val="00DF65D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5CC766"/>
  <w14:defaultImageDpi w14:val="300"/>
  <w15:docId w15:val="{A2B150D3-21B4-41F0-8E23-88520682E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93F"/>
    <w:rPr>
      <w:rFonts w:ascii="Arial" w:hAnsi="Arial"/>
      <w:sz w:val="21"/>
    </w:rPr>
  </w:style>
  <w:style w:type="paragraph" w:styleId="Nagwek1">
    <w:name w:val="heading 1"/>
    <w:basedOn w:val="Normalny"/>
    <w:next w:val="Normalny"/>
    <w:link w:val="Nagwek1Znak"/>
    <w:uiPriority w:val="9"/>
    <w:qFormat/>
    <w:rsid w:val="00FC693F"/>
    <w:pPr>
      <w:keepNext/>
      <w:keepLines/>
      <w:spacing w:before="480" w:after="0"/>
      <w:outlineLvl w:val="0"/>
    </w:pPr>
    <w:rPr>
      <w:rFonts w:asciiTheme="majorHAnsi" w:eastAsiaTheme="majorEastAsia" w:hAnsiTheme="majorHAnsi" w:cstheme="majorBidi"/>
      <w:b/>
      <w:bCs/>
      <w:color w:val="000000"/>
      <w:sz w:val="26"/>
      <w:szCs w:val="28"/>
    </w:rPr>
  </w:style>
  <w:style w:type="paragraph" w:styleId="Nagwek2">
    <w:name w:val="heading 2"/>
    <w:basedOn w:val="Normalny"/>
    <w:next w:val="Normalny"/>
    <w:link w:val="Nagwek2Znak"/>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gwek9">
    <w:name w:val="heading 9"/>
    <w:basedOn w:val="Normalny"/>
    <w:next w:val="Normalny"/>
    <w:link w:val="Nagwek9Znak"/>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18BF"/>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E618BF"/>
  </w:style>
  <w:style w:type="paragraph" w:styleId="Stopka">
    <w:name w:val="footer"/>
    <w:basedOn w:val="Normalny"/>
    <w:link w:val="StopkaZnak"/>
    <w:uiPriority w:val="99"/>
    <w:unhideWhenUsed/>
    <w:rsid w:val="00E618BF"/>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E618BF"/>
  </w:style>
  <w:style w:type="paragraph" w:styleId="Bezodstpw">
    <w:name w:val="No Spacing"/>
    <w:uiPriority w:val="1"/>
    <w:qFormat/>
    <w:rsid w:val="00FC693F"/>
    <w:pPr>
      <w:spacing w:after="0" w:line="240" w:lineRule="auto"/>
    </w:pPr>
  </w:style>
  <w:style w:type="character" w:customStyle="1" w:styleId="Nagwek1Znak">
    <w:name w:val="Nagłówek 1 Znak"/>
    <w:basedOn w:val="Domylnaczcionkaakapitu"/>
    <w:link w:val="Nagwe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FC693F"/>
    <w:rPr>
      <w:rFonts w:asciiTheme="majorHAnsi" w:eastAsiaTheme="majorEastAsia" w:hAnsiTheme="majorHAnsi" w:cstheme="majorBidi"/>
      <w:b/>
      <w:bCs/>
      <w:color w:val="4F81BD" w:themeColor="accent1"/>
    </w:rPr>
  </w:style>
  <w:style w:type="paragraph" w:styleId="Tytu">
    <w:name w:val="Title"/>
    <w:basedOn w:val="Normalny"/>
    <w:next w:val="Normalny"/>
    <w:link w:val="TytuZnak"/>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000000"/>
      <w:spacing w:val="5"/>
      <w:kern w:val="28"/>
      <w:sz w:val="36"/>
      <w:szCs w:val="52"/>
    </w:rPr>
  </w:style>
  <w:style w:type="character" w:customStyle="1" w:styleId="TytuZnak">
    <w:name w:val="Tytuł Znak"/>
    <w:basedOn w:val="Domylnaczcionkaakapitu"/>
    <w:link w:val="Tyt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uiPriority w:val="34"/>
    <w:qFormat/>
    <w:rsid w:val="00FC693F"/>
    <w:pPr>
      <w:ind w:left="720"/>
      <w:contextualSpacing/>
    </w:pPr>
  </w:style>
  <w:style w:type="paragraph" w:styleId="Tekstpodstawowy">
    <w:name w:val="Body Text"/>
    <w:basedOn w:val="Normalny"/>
    <w:link w:val="TekstpodstawowyZnak"/>
    <w:uiPriority w:val="99"/>
    <w:unhideWhenUsed/>
    <w:rsid w:val="00AA1D8D"/>
    <w:pPr>
      <w:spacing w:after="120"/>
    </w:pPr>
  </w:style>
  <w:style w:type="character" w:customStyle="1" w:styleId="TekstpodstawowyZnak">
    <w:name w:val="Tekst podstawowy Znak"/>
    <w:basedOn w:val="Domylnaczcionkaakapitu"/>
    <w:link w:val="Tekstpodstawowy"/>
    <w:uiPriority w:val="99"/>
    <w:rsid w:val="00AA1D8D"/>
  </w:style>
  <w:style w:type="paragraph" w:styleId="Tekstpodstawowy2">
    <w:name w:val="Body Text 2"/>
    <w:basedOn w:val="Normalny"/>
    <w:link w:val="Tekstpodstawowy2Znak"/>
    <w:uiPriority w:val="99"/>
    <w:unhideWhenUsed/>
    <w:rsid w:val="00AA1D8D"/>
    <w:pPr>
      <w:spacing w:after="120" w:line="480" w:lineRule="auto"/>
    </w:pPr>
  </w:style>
  <w:style w:type="character" w:customStyle="1" w:styleId="Tekstpodstawowy2Znak">
    <w:name w:val="Tekst podstawowy 2 Znak"/>
    <w:basedOn w:val="Domylnaczcionkaakapitu"/>
    <w:link w:val="Tekstpodstawowy2"/>
    <w:uiPriority w:val="99"/>
    <w:rsid w:val="00AA1D8D"/>
  </w:style>
  <w:style w:type="paragraph" w:styleId="Tekstpodstawowy3">
    <w:name w:val="Body Text 3"/>
    <w:basedOn w:val="Normalny"/>
    <w:link w:val="Tekstpodstawowy3Znak"/>
    <w:uiPriority w:val="99"/>
    <w:unhideWhenUsed/>
    <w:rsid w:val="00AA1D8D"/>
    <w:pPr>
      <w:spacing w:after="120"/>
    </w:pPr>
    <w:rPr>
      <w:sz w:val="16"/>
      <w:szCs w:val="16"/>
    </w:rPr>
  </w:style>
  <w:style w:type="character" w:customStyle="1" w:styleId="Tekstpodstawowy3Znak">
    <w:name w:val="Tekst podstawowy 3 Znak"/>
    <w:basedOn w:val="Domylnaczcionkaakapitu"/>
    <w:link w:val="Tekstpodstawowy3"/>
    <w:uiPriority w:val="99"/>
    <w:rsid w:val="00AA1D8D"/>
    <w:rPr>
      <w:sz w:val="16"/>
      <w:szCs w:val="16"/>
    </w:rPr>
  </w:style>
  <w:style w:type="paragraph" w:styleId="Lista">
    <w:name w:val="List"/>
    <w:basedOn w:val="Normalny"/>
    <w:uiPriority w:val="99"/>
    <w:unhideWhenUsed/>
    <w:rsid w:val="00AA1D8D"/>
    <w:pPr>
      <w:ind w:left="360" w:hanging="360"/>
      <w:contextualSpacing/>
    </w:pPr>
  </w:style>
  <w:style w:type="paragraph" w:styleId="Lista2">
    <w:name w:val="List 2"/>
    <w:basedOn w:val="Normalny"/>
    <w:uiPriority w:val="99"/>
    <w:unhideWhenUsed/>
    <w:rsid w:val="00326F90"/>
    <w:pPr>
      <w:ind w:left="720" w:hanging="360"/>
      <w:contextualSpacing/>
    </w:pPr>
  </w:style>
  <w:style w:type="paragraph" w:styleId="Lista3">
    <w:name w:val="List 3"/>
    <w:basedOn w:val="Normalny"/>
    <w:uiPriority w:val="99"/>
    <w:unhideWhenUsed/>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5"/>
      </w:numPr>
      <w:contextualSpacing/>
    </w:pPr>
  </w:style>
  <w:style w:type="paragraph" w:styleId="Listanumerowana2">
    <w:name w:val="List Number 2"/>
    <w:basedOn w:val="Normalny"/>
    <w:uiPriority w:val="99"/>
    <w:unhideWhenUsed/>
    <w:rsid w:val="0029639D"/>
    <w:pPr>
      <w:numPr>
        <w:numId w:val="6"/>
      </w:numPr>
      <w:contextualSpacing/>
    </w:pPr>
  </w:style>
  <w:style w:type="paragraph" w:styleId="Listanumerowana3">
    <w:name w:val="List Number 3"/>
    <w:basedOn w:val="Normalny"/>
    <w:uiPriority w:val="99"/>
    <w:unhideWhenUsed/>
    <w:rsid w:val="0029639D"/>
    <w:pPr>
      <w:numPr>
        <w:numId w:val="7"/>
      </w:numPr>
      <w:contextualSpacing/>
    </w:pPr>
  </w:style>
  <w:style w:type="paragraph" w:styleId="Lista-kontynuacja">
    <w:name w:val="List Continue"/>
    <w:basedOn w:val="Normalny"/>
    <w:uiPriority w:val="99"/>
    <w:unhideWhenUsed/>
    <w:rsid w:val="0029639D"/>
    <w:pPr>
      <w:spacing w:after="120"/>
      <w:ind w:left="360"/>
      <w:contextualSpacing/>
    </w:pPr>
  </w:style>
  <w:style w:type="paragraph" w:styleId="Lista-kontynuacja2">
    <w:name w:val="List Continue 2"/>
    <w:basedOn w:val="Normalny"/>
    <w:uiPriority w:val="99"/>
    <w:unhideWhenUsed/>
    <w:rsid w:val="0029639D"/>
    <w:pPr>
      <w:spacing w:after="120"/>
      <w:ind w:left="720"/>
      <w:contextualSpacing/>
    </w:pPr>
  </w:style>
  <w:style w:type="paragraph" w:styleId="Lista-kontynuacja3">
    <w:name w:val="List Continue 3"/>
    <w:basedOn w:val="Normalny"/>
    <w:uiPriority w:val="99"/>
    <w:unhideWhenUsed/>
    <w:rsid w:val="0029639D"/>
    <w:pPr>
      <w:spacing w:after="120"/>
      <w:ind w:left="1080"/>
      <w:contextualSpacing/>
    </w:pPr>
  </w:style>
  <w:style w:type="paragraph" w:styleId="Tekstmakra">
    <w:name w:val="macro"/>
    <w:link w:val="TekstmakraZnak"/>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kstmakraZnak">
    <w:name w:val="Tekst makra Znak"/>
    <w:basedOn w:val="Domylnaczcionkaakapitu"/>
    <w:link w:val="Tekstmakra"/>
    <w:uiPriority w:val="99"/>
    <w:rsid w:val="0029639D"/>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character" w:customStyle="1" w:styleId="CytatZnak">
    <w:name w:val="Cytat Znak"/>
    <w:basedOn w:val="Domylnaczcionkaakapitu"/>
    <w:link w:val="Cytat"/>
    <w:uiPriority w:val="29"/>
    <w:rsid w:val="00FC693F"/>
    <w:rPr>
      <w:i/>
      <w:iCs/>
      <w:color w:val="000000" w:themeColor="text1"/>
    </w:rPr>
  </w:style>
  <w:style w:type="character" w:customStyle="1" w:styleId="Nagwek4Znak">
    <w:name w:val="Nagłówek 4 Znak"/>
    <w:basedOn w:val="Domylnaczcionkaakapitu"/>
    <w:link w:val="Nagwek4"/>
    <w:uiPriority w:val="9"/>
    <w:semiHidden/>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ny"/>
    <w:next w:val="Normalny"/>
    <w:uiPriority w:val="35"/>
    <w:semiHidden/>
    <w:unhideWhenUsed/>
    <w:qFormat/>
    <w:rsid w:val="00FC693F"/>
    <w:pPr>
      <w:spacing w:line="240" w:lineRule="auto"/>
    </w:pPr>
    <w:rPr>
      <w:b/>
      <w:bCs/>
      <w:color w:val="4F81BD" w:themeColor="accent1"/>
      <w:sz w:val="18"/>
      <w:szCs w:val="18"/>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paragraph" w:styleId="Cytatintensywny">
    <w:name w:val="Intense Quote"/>
    <w:basedOn w:val="Normalny"/>
    <w:next w:val="Normalny"/>
    <w:link w:val="CytatintensywnyZnak"/>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paragraph" w:styleId="Nagwekspisutreci">
    <w:name w:val="TOC Heading"/>
    <w:basedOn w:val="Nagwek1"/>
    <w:next w:val="Normalny"/>
    <w:uiPriority w:val="39"/>
    <w:semiHidden/>
    <w:unhideWhenUsed/>
    <w:qFormat/>
    <w:rsid w:val="00FC693F"/>
    <w:pPr>
      <w:outlineLvl w:val="9"/>
    </w:pPr>
  </w:style>
  <w:style w:type="table" w:styleId="Tabela-Siatka">
    <w:name w:val="Table Grid"/>
    <w:basedOn w:val="Standardowy"/>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omoot.com/pl-PL/tour/3213204477?ref=itd&amp;share_token=ay7ZLBt8C2KRH8nywCp7SY4jTIueeMWKKxgY1ruOJoxkjFKtj2&amp;ref=its&amp;t_s=referral&amp;t_cid=route_share&amp;t_ref_username=442513663608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komoot.com/pl-PL/tour/3213213043?ref=itd&amp;share_token=a0fuGVms7EHYJk36yS8XGR1C9TV9qt9NsyuCNPb7BqWpkSJFKP&amp;ref=its&amp;t_s=referral&amp;t_cid=route_share&amp;t_ref_username=44251366360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2075</Words>
  <Characters>12450</Characters>
  <Application>Microsoft Office Word</Application>
  <DocSecurity>0</DocSecurity>
  <Lines>103</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14497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dariusz wojewoda</cp:lastModifiedBy>
  <cp:revision>2</cp:revision>
  <dcterms:created xsi:type="dcterms:W3CDTF">2013-12-23T23:15:00Z</dcterms:created>
  <dcterms:modified xsi:type="dcterms:W3CDTF">2026-09-10T07:51:00Z</dcterms:modified>
  <cp:category/>
</cp:coreProperties>
</file>